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A52A1D" w14:textId="77777777" w:rsidR="00DF2D30" w:rsidRPr="00DF2D30" w:rsidRDefault="0025178D" w:rsidP="00DF2D30">
      <w:pPr>
        <w:spacing w:after="40"/>
        <w:jc w:val="center"/>
        <w:rPr>
          <w:b/>
          <w:color w:val="000000" w:themeColor="text1"/>
        </w:rPr>
      </w:pPr>
      <w:r w:rsidRPr="00DF2D30">
        <w:rPr>
          <w:noProof/>
          <w:color w:val="000000" w:themeColor="text1"/>
        </w:rPr>
        <w:drawing>
          <wp:inline distT="0" distB="0" distL="0" distR="0" wp14:anchorId="58069DBA" wp14:editId="10DDC9B8">
            <wp:extent cx="502920" cy="600151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ls_logo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2920" cy="600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2D30">
        <w:rPr>
          <w:b/>
          <w:color w:val="000000" w:themeColor="text1"/>
        </w:rPr>
        <w:br/>
      </w:r>
      <w:r w:rsidRPr="00DF2D30">
        <w:rPr>
          <w:b/>
          <w:color w:val="000000" w:themeColor="text1"/>
        </w:rPr>
        <w:t>School Development Plan 2026-28</w:t>
      </w:r>
    </w:p>
    <w:p w14:paraId="14C5F2F5" w14:textId="7B5DECD2" w:rsidR="00CE6BAD" w:rsidRPr="00DF2D30" w:rsidRDefault="0025178D">
      <w:pPr>
        <w:spacing w:after="120"/>
        <w:jc w:val="center"/>
        <w:rPr>
          <w:color w:val="000000" w:themeColor="text1"/>
        </w:rPr>
      </w:pPr>
      <w:r w:rsidRPr="00DF2D30">
        <w:rPr>
          <w:b/>
          <w:color w:val="000000" w:themeColor="text1"/>
        </w:rPr>
        <w:t xml:space="preserve">Digital Citizenship </w:t>
      </w:r>
      <w:r w:rsidR="00DF2D30" w:rsidRPr="00DF2D30">
        <w:rPr>
          <w:b/>
          <w:color w:val="000000" w:themeColor="text1"/>
        </w:rPr>
        <w:t xml:space="preserve">Action </w:t>
      </w:r>
      <w:r w:rsidRPr="00DF2D30">
        <w:rPr>
          <w:b/>
          <w:color w:val="000000" w:themeColor="text1"/>
        </w:rPr>
        <w:t>Plan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800"/>
        <w:gridCol w:w="3672"/>
        <w:gridCol w:w="1800"/>
        <w:gridCol w:w="3672"/>
      </w:tblGrid>
      <w:tr w:rsidR="00CE6BAD" w:rsidRPr="00DF2D30" w14:paraId="5A5B257C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9064EA4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Operational leader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CDAF5D5" w14:textId="77777777" w:rsid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Laura Cartwright</w:t>
            </w:r>
          </w:p>
          <w:p w14:paraId="52038E71" w14:textId="1C00C655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Assistant Headteacher</w:t>
            </w:r>
            <w:r w:rsidR="00DF2D30">
              <w:rPr>
                <w:color w:val="000000" w:themeColor="text1"/>
              </w:rPr>
              <w:t xml:space="preserve"> - </w:t>
            </w:r>
            <w:r w:rsidRPr="00DF2D30">
              <w:rPr>
                <w:color w:val="000000" w:themeColor="text1"/>
              </w:rPr>
              <w:t>Primary Department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D7C6CF9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SLT accountable lead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D7A88E0" w14:textId="77777777" w:rsid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Emily Tobin</w:t>
            </w:r>
          </w:p>
          <w:p w14:paraId="596D8A2F" w14:textId="403146EB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Deputy Headteacher</w:t>
            </w:r>
          </w:p>
        </w:tc>
      </w:tr>
      <w:tr w:rsidR="00CE6BAD" w:rsidRPr="00DF2D30" w14:paraId="4B051F3A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5B9DBE9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SDP strand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6367FFD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Our Students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3D900FA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GB committee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707383B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Our Students</w:t>
            </w:r>
          </w:p>
        </w:tc>
      </w:tr>
      <w:tr w:rsidR="00CE6BAD" w:rsidRPr="00DF2D30" w14:paraId="74766657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E8BCE36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SDP Year 1 priority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472B4CC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Maintain excellence across ANC, BP and FP; contributes to proactive safeguarding/online safety.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F8EE560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SDP strategy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8028A09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Listed as an Our Students operational plan. Year 1 draft focuses on purposeful, inclusive use of technology; safeguarding interfaces should remain explicit.</w:t>
            </w:r>
          </w:p>
        </w:tc>
      </w:tr>
      <w:tr w:rsidR="00CE6BAD" w:rsidRPr="00DF2D30" w14:paraId="0497D674" w14:textId="77777777">
        <w:trPr>
          <w:jc w:val="center"/>
        </w:trPr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D410718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Governance purpose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2BA2EB6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Deliver the Year 1 milestones below and evidence impact, not activity alone.</w:t>
            </w:r>
          </w:p>
        </w:tc>
        <w:tc>
          <w:tcPr>
            <w:tcW w:w="1800" w:type="dxa"/>
            <w:shd w:val="clear" w:color="auto" w:fill="D9E7F5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9ED3DB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Reporting</w:t>
            </w:r>
          </w:p>
        </w:tc>
        <w:tc>
          <w:tcPr>
            <w:tcW w:w="3672" w:type="dx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7326D4D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Termly SLT/committee scrutiny; FGB RAG three times yearly.</w:t>
            </w:r>
          </w:p>
        </w:tc>
      </w:tr>
    </w:tbl>
    <w:p w14:paraId="500ACB73" w14:textId="77777777" w:rsidR="00CE6BAD" w:rsidRPr="00DF2D30" w:rsidRDefault="00CE6BAD">
      <w:pPr>
        <w:rPr>
          <w:color w:val="000000" w:themeColor="text1"/>
        </w:rPr>
      </w:pPr>
    </w:p>
    <w:p w14:paraId="492BD42B" w14:textId="77777777" w:rsidR="00CE6BAD" w:rsidRPr="00DF2D30" w:rsidRDefault="0025178D">
      <w:pPr>
        <w:rPr>
          <w:color w:val="000000" w:themeColor="text1"/>
        </w:rPr>
      </w:pPr>
      <w:r w:rsidRPr="00DF2D30">
        <w:rPr>
          <w:b/>
          <w:color w:val="000000" w:themeColor="text1"/>
        </w:rPr>
        <w:t>Year 1 intended impact and success measures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472"/>
        <w:gridCol w:w="5472"/>
      </w:tblGrid>
      <w:tr w:rsidR="00CE6BAD" w:rsidRPr="00DF2D30" w14:paraId="158CB53B" w14:textId="77777777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17743D9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Intended impact</w:t>
            </w:r>
          </w:p>
          <w:p w14:paraId="4772A796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A whole-school review of technology has been completed, identifying strengths, gaps and opportunities to enhance learning.</w:t>
            </w:r>
          </w:p>
          <w:p w14:paraId="1493F179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Staff confidence in using technology to support inclusion and engagement has increased.</w:t>
            </w:r>
          </w:p>
          <w:p w14:paraId="0AA3697B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Key recommendations have been implemented, improving access, participation and engagement.</w:t>
            </w:r>
          </w:p>
          <w:p w14:paraId="3A1241D7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Students are accessing a wider range of personalised, technology-supported learning approaches.</w:t>
            </w:r>
          </w:p>
        </w:tc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974AABF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Key success measures</w:t>
            </w:r>
          </w:p>
          <w:p w14:paraId="3BC752D4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Whole-school technology review completed, with clear priorities and actions identified.</w:t>
            </w:r>
          </w:p>
          <w:p w14:paraId="68C16901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Staff survey and monitoring show increased confidence in using technology to support inclusion and engagement.</w:t>
            </w:r>
          </w:p>
          <w:p w14:paraId="5EE62AF8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Agreed technology recommendations implemented across classrooms and learning environments.</w:t>
            </w:r>
          </w:p>
          <w:p w14:paraId="3F0B639B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Increased use of technology observed through learning walks, planning scrutiny and student voice.</w:t>
            </w:r>
          </w:p>
          <w:p w14:paraId="32F90049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Students demonstrate improved engagement and participation through technology-supported learning opportunities.</w:t>
            </w:r>
          </w:p>
        </w:tc>
      </w:tr>
    </w:tbl>
    <w:p w14:paraId="52116190" w14:textId="77777777" w:rsidR="00CE6BAD" w:rsidRPr="00DF2D30" w:rsidRDefault="0025178D">
      <w:pPr>
        <w:rPr>
          <w:color w:val="000000" w:themeColor="text1"/>
        </w:rPr>
      </w:pPr>
      <w:r w:rsidRPr="00DF2D30">
        <w:rPr>
          <w:b/>
          <w:color w:val="000000" w:themeColor="text1"/>
        </w:rPr>
        <w:t>Year 1 termly delivery and RAG scrutiny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67"/>
        <w:gridCol w:w="3383"/>
        <w:gridCol w:w="2743"/>
        <w:gridCol w:w="1546"/>
        <w:gridCol w:w="1741"/>
      </w:tblGrid>
      <w:tr w:rsidR="00CE6BAD" w:rsidRPr="00DF2D30" w14:paraId="52434F0B" w14:textId="77777777">
        <w:trPr>
          <w:tblHeader/>
          <w:jc w:val="center"/>
        </w:trPr>
        <w:tc>
          <w:tcPr>
            <w:tcW w:w="79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D8B5F0" w14:textId="77777777" w:rsidR="00CE6BAD" w:rsidRPr="00DF2D30" w:rsidRDefault="0025178D">
            <w:pPr>
              <w:rPr>
                <w:color w:val="FFFFFF" w:themeColor="background1"/>
              </w:rPr>
            </w:pPr>
            <w:r w:rsidRPr="00DF2D30">
              <w:rPr>
                <w:b/>
                <w:color w:val="FFFFFF" w:themeColor="background1"/>
              </w:rPr>
              <w:t>Term</w:t>
            </w:r>
          </w:p>
        </w:tc>
        <w:tc>
          <w:tcPr>
            <w:tcW w:w="45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C8B638" w14:textId="77777777" w:rsidR="00CE6BAD" w:rsidRPr="00DF2D30" w:rsidRDefault="0025178D">
            <w:pPr>
              <w:rPr>
                <w:color w:val="FFFFFF" w:themeColor="background1"/>
              </w:rPr>
            </w:pPr>
            <w:r w:rsidRPr="00DF2D30">
              <w:rPr>
                <w:b/>
                <w:color w:val="FFFFFF" w:themeColor="background1"/>
              </w:rPr>
              <w:t>Priority deliverables</w:t>
            </w:r>
          </w:p>
        </w:tc>
        <w:tc>
          <w:tcPr>
            <w:tcW w:w="3312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A0349E7" w14:textId="77777777" w:rsidR="00CE6BAD" w:rsidRPr="00DF2D30" w:rsidRDefault="0025178D">
            <w:pPr>
              <w:rPr>
                <w:color w:val="FFFFFF" w:themeColor="background1"/>
              </w:rPr>
            </w:pPr>
            <w:r w:rsidRPr="00DF2D30">
              <w:rPr>
                <w:b/>
                <w:color w:val="FFFFFF" w:themeColor="background1"/>
              </w:rPr>
              <w:t>Evidence / success test</w:t>
            </w:r>
          </w:p>
        </w:tc>
        <w:tc>
          <w:tcPr>
            <w:tcW w:w="936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B36E84D" w14:textId="77777777" w:rsidR="00CE6BAD" w:rsidRPr="00DF2D30" w:rsidRDefault="0025178D">
            <w:pPr>
              <w:rPr>
                <w:color w:val="FFFFFF" w:themeColor="background1"/>
              </w:rPr>
            </w:pPr>
            <w:r w:rsidRPr="00DF2D30">
              <w:rPr>
                <w:b/>
                <w:color w:val="FFFFFF" w:themeColor="background1"/>
              </w:rPr>
              <w:t>RAG</w:t>
            </w:r>
          </w:p>
        </w:tc>
        <w:tc>
          <w:tcPr>
            <w:tcW w:w="1440" w:type="dxa"/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47AB374" w14:textId="77777777" w:rsidR="00CE6BAD" w:rsidRPr="00DF2D30" w:rsidRDefault="0025178D">
            <w:pPr>
              <w:rPr>
                <w:color w:val="FFFFFF" w:themeColor="background1"/>
              </w:rPr>
            </w:pPr>
            <w:r w:rsidRPr="00DF2D30">
              <w:rPr>
                <w:b/>
                <w:color w:val="FFFFFF" w:themeColor="background1"/>
              </w:rPr>
              <w:t>SLT / GB action</w:t>
            </w:r>
          </w:p>
        </w:tc>
      </w:tr>
      <w:tr w:rsidR="00CE6BAD" w:rsidRPr="00DF2D30" w14:paraId="7C57B78A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B3C3408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1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FA50B58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Develop a shared understanding of Digital Citizenship and establish a clear whole-school definition that is understood and consistently applied by all staff.</w:t>
            </w:r>
          </w:p>
          <w:p w14:paraId="09B1134D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To explore the current use of technology across ANC, Bespoke and Flexible Provision to identify strengths, gaps and opportunities for improvement.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93E2CC3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All staff demonstrate a shared understanding of Digital Citizenship and its application within school.</w:t>
            </w:r>
          </w:p>
          <w:p w14:paraId="11483319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Technology use across ANC, Bespoke and Flexible Provision has been evaluated through learning walks, curriculum reviews and documentation scrutiny.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9DCFC08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☐</w:t>
            </w:r>
            <w:r w:rsidRPr="00DF2D30">
              <w:rPr>
                <w:color w:val="000000" w:themeColor="text1"/>
              </w:rPr>
              <w:t xml:space="preserve"> R</w:t>
            </w:r>
            <w:r w:rsidRPr="00DF2D30">
              <w:rPr>
                <w:color w:val="000000" w:themeColor="text1"/>
              </w:rPr>
              <w:br/>
              <w:t>☐ A</w:t>
            </w:r>
            <w:r w:rsidRPr="00DF2D30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DBD905A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Progress / barrier:</w:t>
            </w:r>
            <w:r w:rsidRPr="00DF2D30">
              <w:rPr>
                <w:color w:val="000000" w:themeColor="text1"/>
              </w:rPr>
              <w:br/>
            </w:r>
            <w:r w:rsidRPr="00DF2D30">
              <w:rPr>
                <w:color w:val="000000" w:themeColor="text1"/>
              </w:rPr>
              <w:br/>
              <w:t>Corrective action / decision:</w:t>
            </w:r>
            <w:r w:rsidRPr="00DF2D30">
              <w:rPr>
                <w:color w:val="000000" w:themeColor="text1"/>
              </w:rPr>
              <w:br/>
            </w:r>
          </w:p>
        </w:tc>
      </w:tr>
      <w:tr w:rsidR="00CE6BAD" w:rsidRPr="00DF2D30" w14:paraId="27C39CD9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C292A16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lastRenderedPageBreak/>
              <w:t>2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4058B2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Identify and prioritise up to three key areas where existing technology is underutilised to maximise its impact</w:t>
            </w:r>
          </w:p>
          <w:p w14:paraId="5997822C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Establish a cross-school technology working group, representing a range of roles and provisions, to support evaluation, development and implementation.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469C633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Three key opportunities for improving the use of existing technology have been identified and prioritised.</w:t>
            </w:r>
          </w:p>
          <w:p w14:paraId="08E561CE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A cross-school technology working group is in place.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2E5D60E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☐</w:t>
            </w:r>
            <w:r w:rsidRPr="00DF2D30">
              <w:rPr>
                <w:color w:val="000000" w:themeColor="text1"/>
              </w:rPr>
              <w:t xml:space="preserve"> R</w:t>
            </w:r>
            <w:r w:rsidRPr="00DF2D30">
              <w:rPr>
                <w:color w:val="000000" w:themeColor="text1"/>
              </w:rPr>
              <w:br/>
              <w:t>☐ A</w:t>
            </w:r>
            <w:r w:rsidRPr="00DF2D30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51B619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Progress / barrier:</w:t>
            </w:r>
            <w:r w:rsidRPr="00DF2D30">
              <w:rPr>
                <w:color w:val="000000" w:themeColor="text1"/>
              </w:rPr>
              <w:br/>
            </w:r>
            <w:r w:rsidRPr="00DF2D30">
              <w:rPr>
                <w:color w:val="000000" w:themeColor="text1"/>
              </w:rPr>
              <w:br/>
              <w:t>Corrective action / decision:</w:t>
            </w:r>
            <w:r w:rsidRPr="00DF2D30">
              <w:rPr>
                <w:color w:val="000000" w:themeColor="text1"/>
              </w:rPr>
              <w:br/>
            </w:r>
          </w:p>
        </w:tc>
      </w:tr>
      <w:tr w:rsidR="00CE6BAD" w:rsidRPr="00DF2D30" w14:paraId="203B8D34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664FA6A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3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AE77638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Oversee the technology working group to develop clear action plans, responsibilities and timescales for the three identified priority areas, ready for implementation.</w:t>
            </w:r>
          </w:p>
          <w:p w14:paraId="5CAF27A5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Support the working group to identify and design whole-school training and professional development that will support staff to use technology effectively and purposefully across all provisions.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690D4F6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Revised Clear action plans are in place for each of the three identified priority areas, with agreed actions, responsibilities and timescales.</w:t>
            </w:r>
          </w:p>
          <w:p w14:paraId="3D46AA0C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A whole-school technology training plan has been developed, informed by the needs identified through the working group's evaluation and consultation.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F66F8A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☐</w:t>
            </w:r>
            <w:r w:rsidRPr="00DF2D30">
              <w:rPr>
                <w:color w:val="000000" w:themeColor="text1"/>
              </w:rPr>
              <w:t xml:space="preserve"> R</w:t>
            </w:r>
            <w:r w:rsidRPr="00DF2D30">
              <w:rPr>
                <w:color w:val="000000" w:themeColor="text1"/>
              </w:rPr>
              <w:br/>
              <w:t>☐ A</w:t>
            </w:r>
            <w:r w:rsidRPr="00DF2D30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3B21F187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Progress / barrier:</w:t>
            </w:r>
            <w:r w:rsidRPr="00DF2D30">
              <w:rPr>
                <w:color w:val="000000" w:themeColor="text1"/>
              </w:rPr>
              <w:br/>
            </w:r>
            <w:r w:rsidRPr="00DF2D30">
              <w:rPr>
                <w:color w:val="000000" w:themeColor="text1"/>
              </w:rPr>
              <w:br/>
              <w:t>Corrective action / decision:</w:t>
            </w:r>
            <w:r w:rsidRPr="00DF2D30">
              <w:rPr>
                <w:color w:val="000000" w:themeColor="text1"/>
              </w:rPr>
              <w:br/>
            </w:r>
          </w:p>
        </w:tc>
      </w:tr>
      <w:tr w:rsidR="00CE6BAD" w:rsidRPr="00DF2D30" w14:paraId="658C835B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7A4D078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4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8DE577E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Oversee the technology working group in implementing the agreed actions across the three identified priority areas.</w:t>
            </w:r>
          </w:p>
          <w:p w14:paraId="04CF7D0E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Explore a range of technology options that could support teaching, learning, communication, engagement and independence across the Primary and Secondary Departments, considering identified needs and available budget.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6FD345D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The three identified priority areas are being implemented in line with agreed action plans, responsibilities and timescales.</w:t>
            </w:r>
          </w:p>
          <w:p w14:paraId="5ACEA90D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A range of technology options has been researched and evaluated, with recommendations identified based on impact, suitability, accessibility and cost.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45384CB0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☐</w:t>
            </w:r>
            <w:r w:rsidRPr="00DF2D30">
              <w:rPr>
                <w:color w:val="000000" w:themeColor="text1"/>
              </w:rPr>
              <w:t xml:space="preserve"> R</w:t>
            </w:r>
            <w:r w:rsidRPr="00DF2D30">
              <w:rPr>
                <w:color w:val="000000" w:themeColor="text1"/>
              </w:rPr>
              <w:br/>
              <w:t>☐ A</w:t>
            </w:r>
            <w:r w:rsidRPr="00DF2D30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BE2C42C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Progress / barrier:</w:t>
            </w:r>
            <w:r w:rsidRPr="00DF2D30">
              <w:rPr>
                <w:color w:val="000000" w:themeColor="text1"/>
              </w:rPr>
              <w:br/>
            </w:r>
            <w:r w:rsidRPr="00DF2D30">
              <w:rPr>
                <w:color w:val="000000" w:themeColor="text1"/>
              </w:rPr>
              <w:br/>
              <w:t>Corrective action / decision:</w:t>
            </w:r>
            <w:r w:rsidRPr="00DF2D30">
              <w:rPr>
                <w:color w:val="000000" w:themeColor="text1"/>
              </w:rPr>
              <w:br/>
            </w:r>
          </w:p>
        </w:tc>
      </w:tr>
      <w:tr w:rsidR="00CE6BAD" w:rsidRPr="00DF2D30" w14:paraId="69FB2C16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A981CD0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5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189640D7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Through the technology working group, evaluate the technology options explored and identify one Primary and one Secondary initiative for potential phased implementation through a two-year purchase and development plan.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7423373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One Primary and one Secondary technology initiative have been identified and recommended by the working group.</w:t>
            </w:r>
          </w:p>
          <w:p w14:paraId="21BC9739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 xml:space="preserve">• A proposed two-year purchase and implementation plan has been developed, including anticipated costs, rationale, priorities and timescales, subject </w:t>
            </w:r>
            <w:r w:rsidRPr="00DF2D30">
              <w:rPr>
                <w:color w:val="000000" w:themeColor="text1"/>
              </w:rPr>
              <w:lastRenderedPageBreak/>
              <w:t>to available budget.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B023461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lastRenderedPageBreak/>
              <w:t>☐</w:t>
            </w:r>
            <w:r w:rsidRPr="00DF2D30">
              <w:rPr>
                <w:color w:val="000000" w:themeColor="text1"/>
              </w:rPr>
              <w:t xml:space="preserve"> R</w:t>
            </w:r>
            <w:r w:rsidRPr="00DF2D30">
              <w:rPr>
                <w:color w:val="000000" w:themeColor="text1"/>
              </w:rPr>
              <w:br/>
              <w:t>☐ A</w:t>
            </w:r>
            <w:r w:rsidRPr="00DF2D30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7EA062CC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Progress / barrier:</w:t>
            </w:r>
            <w:r w:rsidRPr="00DF2D30">
              <w:rPr>
                <w:color w:val="000000" w:themeColor="text1"/>
              </w:rPr>
              <w:br/>
            </w:r>
            <w:r w:rsidRPr="00DF2D30">
              <w:rPr>
                <w:color w:val="000000" w:themeColor="text1"/>
              </w:rPr>
              <w:br/>
              <w:t>Corrective action / decision:</w:t>
            </w:r>
            <w:r w:rsidRPr="00DF2D30">
              <w:rPr>
                <w:color w:val="000000" w:themeColor="text1"/>
              </w:rPr>
              <w:br/>
            </w:r>
          </w:p>
        </w:tc>
      </w:tr>
      <w:tr w:rsidR="00CE6BAD" w:rsidRPr="00DF2D30" w14:paraId="511E716B" w14:textId="77777777">
        <w:trPr>
          <w:jc w:val="center"/>
        </w:trPr>
        <w:tc>
          <w:tcPr>
            <w:tcW w:w="2160" w:type="dxa"/>
            <w:shd w:val="clear" w:color="auto" w:fill="D9E7F5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3D72B1F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b/>
                <w:color w:val="000000" w:themeColor="text1"/>
              </w:rPr>
              <w:t>6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09E2A03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Select one Primary and one Secondary classroom to pilot the identified technology initiatives and launch the pilot with clear aims and success criteria.</w:t>
            </w:r>
          </w:p>
          <w:p w14:paraId="5EBEA88E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Evaluate the embedding and impact of technology across the whole school, including the increased and more purposeful use of existing technology.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535525E7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One Primary and one Secondary classroom are identified and actively piloting the new technology, with clear aims and success criteria in place.</w:t>
            </w:r>
          </w:p>
          <w:p w14:paraId="049BF25A" w14:textId="77777777" w:rsidR="00CE6BAD" w:rsidRPr="00DF2D30" w:rsidRDefault="0025178D">
            <w:pPr>
              <w:spacing w:after="20"/>
              <w:ind w:left="140" w:hanging="100"/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• Whole-school evaluation demonstrates how technology use has developed throughout the year, including evidence of increased and purposeful use of existing technology.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6DAD1B98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☐</w:t>
            </w:r>
            <w:r w:rsidRPr="00DF2D30">
              <w:rPr>
                <w:color w:val="000000" w:themeColor="text1"/>
              </w:rPr>
              <w:t xml:space="preserve"> R</w:t>
            </w:r>
            <w:r w:rsidRPr="00DF2D30">
              <w:rPr>
                <w:color w:val="000000" w:themeColor="text1"/>
              </w:rPr>
              <w:br/>
              <w:t>☐ A</w:t>
            </w:r>
            <w:r w:rsidRPr="00DF2D30">
              <w:rPr>
                <w:color w:val="000000" w:themeColor="text1"/>
              </w:rPr>
              <w:br/>
              <w:t>☐ G</w:t>
            </w:r>
          </w:p>
        </w:tc>
        <w:tc>
          <w:tcPr>
            <w:tcW w:w="2160" w:type="dxa"/>
            <w:tcMar>
              <w:top w:w="60" w:type="dxa"/>
              <w:left w:w="70" w:type="dxa"/>
              <w:bottom w:w="60" w:type="dxa"/>
              <w:right w:w="70" w:type="dxa"/>
            </w:tcMar>
          </w:tcPr>
          <w:p w14:paraId="25087933" w14:textId="77777777" w:rsidR="00CE6BAD" w:rsidRPr="00DF2D30" w:rsidRDefault="0025178D">
            <w:pPr>
              <w:rPr>
                <w:color w:val="000000" w:themeColor="text1"/>
              </w:rPr>
            </w:pPr>
            <w:r w:rsidRPr="00DF2D30">
              <w:rPr>
                <w:color w:val="000000" w:themeColor="text1"/>
              </w:rPr>
              <w:t>Progress / barrier:</w:t>
            </w:r>
            <w:r w:rsidRPr="00DF2D30">
              <w:rPr>
                <w:color w:val="000000" w:themeColor="text1"/>
              </w:rPr>
              <w:br/>
            </w:r>
            <w:r w:rsidRPr="00DF2D30">
              <w:rPr>
                <w:color w:val="000000" w:themeColor="text1"/>
              </w:rPr>
              <w:br/>
            </w:r>
            <w:r w:rsidRPr="00DF2D30">
              <w:rPr>
                <w:color w:val="000000" w:themeColor="text1"/>
              </w:rPr>
              <w:t>Corrective action / decision:</w:t>
            </w:r>
            <w:r w:rsidRPr="00DF2D30">
              <w:rPr>
                <w:color w:val="000000" w:themeColor="text1"/>
              </w:rPr>
              <w:br/>
            </w:r>
          </w:p>
        </w:tc>
      </w:tr>
    </w:tbl>
    <w:p w14:paraId="44DB0F1D" w14:textId="77777777" w:rsidR="0025178D" w:rsidRPr="00DF2D30" w:rsidRDefault="0025178D">
      <w:pPr>
        <w:rPr>
          <w:color w:val="000000" w:themeColor="text1"/>
        </w:rPr>
      </w:pPr>
    </w:p>
    <w:sectPr w:rsidR="0025178D" w:rsidRPr="00DF2D30" w:rsidSect="00034616">
      <w:pgSz w:w="12240" w:h="15840"/>
      <w:pgMar w:top="648" w:right="720" w:bottom="648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BF85E6" w14:textId="77777777" w:rsidR="0025178D" w:rsidRDefault="0025178D">
      <w:pPr>
        <w:spacing w:after="0" w:line="240" w:lineRule="auto"/>
      </w:pPr>
      <w:r>
        <w:separator/>
      </w:r>
    </w:p>
  </w:endnote>
  <w:endnote w:type="continuationSeparator" w:id="0">
    <w:p w14:paraId="75523B6D" w14:textId="77777777" w:rsidR="0025178D" w:rsidRDefault="002517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BB75BD" w14:textId="77777777" w:rsidR="0025178D" w:rsidRDefault="0025178D">
      <w:pPr>
        <w:spacing w:after="0" w:line="240" w:lineRule="auto"/>
      </w:pPr>
      <w:r>
        <w:separator/>
      </w:r>
    </w:p>
  </w:footnote>
  <w:footnote w:type="continuationSeparator" w:id="0">
    <w:p w14:paraId="2A1F27DC" w14:textId="77777777" w:rsidR="0025178D" w:rsidRDefault="0025178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91942827">
    <w:abstractNumId w:val="8"/>
  </w:num>
  <w:num w:numId="2" w16cid:durableId="286203868">
    <w:abstractNumId w:val="6"/>
  </w:num>
  <w:num w:numId="3" w16cid:durableId="889803573">
    <w:abstractNumId w:val="5"/>
  </w:num>
  <w:num w:numId="4" w16cid:durableId="295530659">
    <w:abstractNumId w:val="4"/>
  </w:num>
  <w:num w:numId="5" w16cid:durableId="1940290701">
    <w:abstractNumId w:val="7"/>
  </w:num>
  <w:num w:numId="6" w16cid:durableId="919169794">
    <w:abstractNumId w:val="3"/>
  </w:num>
  <w:num w:numId="7" w16cid:durableId="1370491477">
    <w:abstractNumId w:val="2"/>
  </w:num>
  <w:num w:numId="8" w16cid:durableId="1159733900">
    <w:abstractNumId w:val="1"/>
  </w:num>
  <w:num w:numId="9" w16cid:durableId="1828010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178D"/>
    <w:rsid w:val="0029639D"/>
    <w:rsid w:val="00326F90"/>
    <w:rsid w:val="006051DC"/>
    <w:rsid w:val="00AA1D8D"/>
    <w:rsid w:val="00B47730"/>
    <w:rsid w:val="00CB0664"/>
    <w:rsid w:val="00CE6BAD"/>
    <w:rsid w:val="00DF2D3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998FC471-3244-4299-A0ED-63924955B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 w:cs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Arial" w:eastAsia="Arial" w:hAnsi="Arial" w:cs="Arial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Arial" w:eastAsia="Arial" w:hAnsi="Arial" w:cs="Arial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Arial" w:eastAsia="Arial" w:hAnsi="Arial" w:cs="Arial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Arial" w:eastAsia="Arial" w:hAnsi="Arial" w:cs="Arial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Arial" w:eastAsia="Arial" w:hAnsi="Arial" w:cs="Arial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Arial" w:eastAsia="Arial" w:hAnsi="Arial" w:cs="Arial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Arial" w:eastAsia="Arial" w:hAnsi="Arial" w:cs="Arial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Arial" w:eastAsia="Arial" w:hAnsi="Arial" w:cs="Arial"/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4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Arial" w:eastAsia="Arial" w:hAnsi="Arial" w:cs="Arial"/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rFonts w:ascii="Arial" w:eastAsia="Arial" w:hAnsi="Arial" w:cs="Arial"/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Arial" w:eastAsia="Arial" w:hAnsi="Arial" w:cs="Arial"/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Arial" w:eastAsia="Arial" w:hAnsi="Arial" w:cs="Arial"/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Arial" w:eastAsia="Arial" w:hAnsi="Arial" w:cs="Arial"/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Arial" w:eastAsia="Arial" w:hAnsi="Arial" w:cs="Arial"/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Arial" w:eastAsia="Arial" w:hAnsi="Arial" w:cs="Arial"/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Arial" w:eastAsia="Arial" w:hAnsi="Arial" w:cs="Arial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rFonts w:ascii="Arial" w:eastAsia="Arial" w:hAnsi="Arial" w:cs="Arial"/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rPr>
      <w:rFonts w:ascii="Arial" w:eastAsia="Arial" w:hAnsi="Arial" w:cs="Arial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rFonts w:ascii="Arial" w:eastAsia="Arial" w:hAnsi="Arial" w:cs="Arial"/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rFonts w:ascii="Arial" w:eastAsia="Arial" w:hAnsi="Arial" w:cs="Arial"/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2b58b12-0ca7-4441-97d1-35d99602c835" xsi:nil="true"/>
    <lcf76f155ced4ddcb4097134ff3c332f xmlns="3a82d33a-17c1-4797-8a83-24d6ad297862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DB2EE9753D03948AA5691E629357C72" ma:contentTypeVersion="13" ma:contentTypeDescription="Create a new document." ma:contentTypeScope="" ma:versionID="172e3afdf2cae5af396ad8c5f4fc4600">
  <xsd:schema xmlns:xsd="http://www.w3.org/2001/XMLSchema" xmlns:xs="http://www.w3.org/2001/XMLSchema" xmlns:p="http://schemas.microsoft.com/office/2006/metadata/properties" xmlns:ns2="3a82d33a-17c1-4797-8a83-24d6ad297862" xmlns:ns3="52b58b12-0ca7-4441-97d1-35d99602c835" targetNamespace="http://schemas.microsoft.com/office/2006/metadata/properties" ma:root="true" ma:fieldsID="8946fccdf38857819d1d3fed908eec10" ns2:_="" ns3:_="">
    <xsd:import namespace="3a82d33a-17c1-4797-8a83-24d6ad297862"/>
    <xsd:import namespace="52b58b12-0ca7-4441-97d1-35d99602c83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a82d33a-17c1-4797-8a83-24d6ad29786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30b906ae-6193-44a8-bdc4-44dd01a0c46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b58b12-0ca7-4441-97d1-35d99602c835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57a8e91-da0c-4e95-9df5-2dd080e1e46f}" ma:internalName="TaxCatchAll" ma:showField="CatchAllData" ma:web="52b58b12-0ca7-4441-97d1-35d99602c83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4998D08-79DD-4712-9561-A3B72E2CA892}">
  <ds:schemaRefs>
    <ds:schemaRef ds:uri="http://schemas.microsoft.com/office/2006/metadata/properties"/>
    <ds:schemaRef ds:uri="http://schemas.microsoft.com/office/infopath/2007/PartnerControls"/>
    <ds:schemaRef ds:uri="52b58b12-0ca7-4441-97d1-35d99602c835"/>
    <ds:schemaRef ds:uri="3a82d33a-17c1-4797-8a83-24d6ad297862"/>
  </ds:schemaRefs>
</ds:datastoreItem>
</file>

<file path=customXml/itemProps3.xml><?xml version="1.0" encoding="utf-8"?>
<ds:datastoreItem xmlns:ds="http://schemas.openxmlformats.org/officeDocument/2006/customXml" ds:itemID="{1D8E566A-C074-49BF-B9E8-5206E7BA3F0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55812B2-0CAC-452E-8768-3E0F5F75D8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a82d33a-17c1-4797-8a83-24d6ad297862"/>
    <ds:schemaRef ds:uri="52b58b12-0ca7-4441-97d1-35d99602c83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837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5601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Ania Hildrey, Headteacher (ALS)</cp:lastModifiedBy>
  <cp:revision>2</cp:revision>
  <dcterms:created xsi:type="dcterms:W3CDTF">2013-12-23T23:15:00Z</dcterms:created>
  <dcterms:modified xsi:type="dcterms:W3CDTF">2026-09-24T11:58:00Z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0x0101009DB2EE9753D03948AA5691E629357C72</vt:lpwstr>
  </property>
  <property fmtid="{D5CDD505-2E9C-101B-9397-08002B2CF9AE}" pid="3" name="MediaServiceImageTags">
    <vt:lpwstr/>
  </property>
</Properties>
</file>