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94474" w14:textId="2B8D8A3D" w:rsidR="00A004D1" w:rsidRPr="002C43AC" w:rsidRDefault="00CC1B24" w:rsidP="002C43AC">
      <w:pPr>
        <w:spacing w:after="40"/>
        <w:jc w:val="center"/>
        <w:rPr>
          <w:color w:val="000000" w:themeColor="text1"/>
        </w:rPr>
      </w:pPr>
      <w:r w:rsidRPr="002C43AC">
        <w:rPr>
          <w:noProof/>
          <w:color w:val="000000" w:themeColor="text1"/>
        </w:rPr>
        <w:drawing>
          <wp:inline distT="0" distB="0" distL="0" distR="0" wp14:anchorId="2C9B4FB9" wp14:editId="5D4E291F">
            <wp:extent cx="502920" cy="6001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s_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60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C43AC">
        <w:rPr>
          <w:b/>
          <w:color w:val="000000" w:themeColor="text1"/>
        </w:rPr>
        <w:br/>
      </w:r>
      <w:r w:rsidRPr="002C43AC">
        <w:rPr>
          <w:b/>
          <w:color w:val="000000" w:themeColor="text1"/>
        </w:rPr>
        <w:t>School Development Plan 2026-28</w:t>
      </w:r>
    </w:p>
    <w:p w14:paraId="2903E20B" w14:textId="47838746" w:rsidR="00A004D1" w:rsidRPr="002C43AC" w:rsidRDefault="00CC1B24">
      <w:pPr>
        <w:spacing w:after="120"/>
        <w:jc w:val="center"/>
        <w:rPr>
          <w:color w:val="000000" w:themeColor="text1"/>
        </w:rPr>
      </w:pPr>
      <w:r w:rsidRPr="002C43AC">
        <w:rPr>
          <w:b/>
          <w:color w:val="000000" w:themeColor="text1"/>
        </w:rPr>
        <w:t xml:space="preserve">Digital Technology Development </w:t>
      </w:r>
      <w:r w:rsidR="002C43AC" w:rsidRPr="002C43AC">
        <w:rPr>
          <w:b/>
          <w:color w:val="000000" w:themeColor="text1"/>
        </w:rPr>
        <w:t xml:space="preserve">Action </w:t>
      </w:r>
      <w:r w:rsidRPr="002C43AC">
        <w:rPr>
          <w:b/>
          <w:color w:val="000000" w:themeColor="text1"/>
        </w:rPr>
        <w:t>Plan</w:t>
      </w:r>
      <w:r w:rsidR="00E90D87">
        <w:rPr>
          <w:b/>
          <w:color w:val="000000" w:themeColor="text1"/>
        </w:rPr>
        <w:t xml:space="preserve"> 2026-27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0"/>
        <w:gridCol w:w="3672"/>
        <w:gridCol w:w="1800"/>
        <w:gridCol w:w="3672"/>
      </w:tblGrid>
      <w:tr w:rsidR="00A004D1" w:rsidRPr="002C43AC" w14:paraId="778AD7C6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0399EA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b/>
                <w:color w:val="000000" w:themeColor="text1"/>
              </w:rPr>
              <w:t>Operational leader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485BF0" w14:textId="77777777" w:rsidR="002C43AC" w:rsidRDefault="00CC1B24">
            <w:pPr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 xml:space="preserve">Mark Ashcroft </w:t>
            </w:r>
          </w:p>
          <w:p w14:paraId="46345849" w14:textId="0920DBDE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IT</w:t>
            </w:r>
            <w:r w:rsidR="002C43AC">
              <w:rPr>
                <w:color w:val="000000" w:themeColor="text1"/>
              </w:rPr>
              <w:t xml:space="preserve"> and </w:t>
            </w:r>
            <w:r w:rsidRPr="002C43AC">
              <w:rPr>
                <w:color w:val="000000" w:themeColor="text1"/>
              </w:rPr>
              <w:t>Data Manager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2BBDC9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b/>
                <w:color w:val="000000" w:themeColor="text1"/>
              </w:rPr>
              <w:t>SLT accountable lead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FFB84B" w14:textId="77777777" w:rsidR="002C43AC" w:rsidRDefault="00CC1B24">
            <w:pPr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 xml:space="preserve">Keri Myers </w:t>
            </w:r>
          </w:p>
          <w:p w14:paraId="661CBCFB" w14:textId="01E8D9FF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School Business Manager</w:t>
            </w:r>
          </w:p>
        </w:tc>
      </w:tr>
      <w:tr w:rsidR="00A004D1" w:rsidRPr="002C43AC" w14:paraId="5E119ED8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84CB08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b/>
                <w:color w:val="000000" w:themeColor="text1"/>
              </w:rPr>
              <w:t>SDP strand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6DAE60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Our Resources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C762C1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b/>
                <w:color w:val="000000" w:themeColor="text1"/>
              </w:rPr>
              <w:t>GB committee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2463B4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Our Resources</w:t>
            </w:r>
          </w:p>
        </w:tc>
      </w:tr>
      <w:tr w:rsidR="00A004D1" w:rsidRPr="002C43AC" w14:paraId="342B0EAB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07B5FC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b/>
                <w:color w:val="000000" w:themeColor="text1"/>
              </w:rPr>
              <w:t>SDP Year 1 priority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DD6580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Create efficiencies in school administration through digitalisation and external specialist partnership.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8BE15B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b/>
                <w:color w:val="000000" w:themeColor="text1"/>
              </w:rPr>
              <w:t>SDP strategy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510B4C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Improve efficiency of administrative functions through digitalisation.</w:t>
            </w:r>
          </w:p>
        </w:tc>
      </w:tr>
      <w:tr w:rsidR="00A004D1" w:rsidRPr="002C43AC" w14:paraId="436C8391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DE8877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b/>
                <w:color w:val="000000" w:themeColor="text1"/>
              </w:rPr>
              <w:t>Governance purpose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262EF8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Deliver the Year 1 milestones below and evidence impact, not activity alone.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E4D61A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b/>
                <w:color w:val="000000" w:themeColor="text1"/>
              </w:rPr>
              <w:t>Reporting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F6A6DE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Termly SLT/committee scrutiny; FGB RAG three times yearly.</w:t>
            </w:r>
          </w:p>
        </w:tc>
      </w:tr>
    </w:tbl>
    <w:p w14:paraId="61086A57" w14:textId="77777777" w:rsidR="00A004D1" w:rsidRPr="002C43AC" w:rsidRDefault="00CC1B24">
      <w:pPr>
        <w:rPr>
          <w:color w:val="000000" w:themeColor="text1"/>
        </w:rPr>
      </w:pPr>
      <w:r w:rsidRPr="002C43AC">
        <w:rPr>
          <w:b/>
          <w:color w:val="000000" w:themeColor="text1"/>
        </w:rPr>
        <w:t>Year 1 intended impact and success measures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72"/>
        <w:gridCol w:w="5472"/>
      </w:tblGrid>
      <w:tr w:rsidR="00A004D1" w:rsidRPr="002C43AC" w14:paraId="7B00D0A3" w14:textId="77777777">
        <w:trPr>
          <w:jc w:val="center"/>
        </w:trPr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AE4807F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b/>
                <w:color w:val="000000" w:themeColor="text1"/>
              </w:rPr>
              <w:t>Intended impact</w:t>
            </w:r>
          </w:p>
          <w:p w14:paraId="4B224966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Improved digital capability and operational efficiency through enhanced Arbor system integration, and attendance reporting.</w:t>
            </w:r>
          </w:p>
          <w:p w14:paraId="7D66AFE8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A resilient, secure, and well-managed IT infrastructure that supports teaching, learning, and operational effectiveness while meeting or exceeding DfE Digital and Technology Standards.</w:t>
            </w:r>
          </w:p>
        </w:tc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7776006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b/>
                <w:color w:val="000000" w:themeColor="text1"/>
              </w:rPr>
              <w:t>Key success measures</w:t>
            </w:r>
          </w:p>
          <w:p w14:paraId="69ABB30C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Demonstrate compliance with a minimum of 75% of the DfE Digital and Technology Standards, measured through documented evidence of implementation.</w:t>
            </w:r>
          </w:p>
        </w:tc>
      </w:tr>
    </w:tbl>
    <w:p w14:paraId="6950F207" w14:textId="77777777" w:rsidR="00A004D1" w:rsidRPr="002C43AC" w:rsidRDefault="00CC1B24">
      <w:pPr>
        <w:rPr>
          <w:color w:val="000000" w:themeColor="text1"/>
        </w:rPr>
      </w:pPr>
      <w:r w:rsidRPr="002C43AC">
        <w:rPr>
          <w:b/>
          <w:color w:val="000000" w:themeColor="text1"/>
        </w:rPr>
        <w:t>Year 1 termly delivery and RAG scrutiny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71"/>
        <w:gridCol w:w="3469"/>
        <w:gridCol w:w="2646"/>
        <w:gridCol w:w="1550"/>
        <w:gridCol w:w="1744"/>
      </w:tblGrid>
      <w:tr w:rsidR="00A004D1" w:rsidRPr="002C43AC" w14:paraId="65071F45" w14:textId="77777777">
        <w:trPr>
          <w:tblHeader/>
          <w:jc w:val="center"/>
        </w:trPr>
        <w:tc>
          <w:tcPr>
            <w:tcW w:w="792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61D746" w14:textId="77777777" w:rsidR="00A004D1" w:rsidRPr="002C43AC" w:rsidRDefault="00CC1B24">
            <w:pPr>
              <w:rPr>
                <w:color w:val="FFFFFF" w:themeColor="background1"/>
              </w:rPr>
            </w:pPr>
            <w:r w:rsidRPr="002C43AC">
              <w:rPr>
                <w:b/>
                <w:color w:val="FFFFFF" w:themeColor="background1"/>
              </w:rPr>
              <w:t>Term</w:t>
            </w:r>
          </w:p>
        </w:tc>
        <w:tc>
          <w:tcPr>
            <w:tcW w:w="45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18C8561" w14:textId="77777777" w:rsidR="00A004D1" w:rsidRPr="002C43AC" w:rsidRDefault="00CC1B24">
            <w:pPr>
              <w:rPr>
                <w:color w:val="FFFFFF" w:themeColor="background1"/>
              </w:rPr>
            </w:pPr>
            <w:r w:rsidRPr="002C43AC">
              <w:rPr>
                <w:b/>
                <w:color w:val="FFFFFF" w:themeColor="background1"/>
              </w:rPr>
              <w:t>Priority deliverables</w:t>
            </w:r>
          </w:p>
        </w:tc>
        <w:tc>
          <w:tcPr>
            <w:tcW w:w="3312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6E591C4" w14:textId="77777777" w:rsidR="00A004D1" w:rsidRPr="002C43AC" w:rsidRDefault="00CC1B24">
            <w:pPr>
              <w:rPr>
                <w:color w:val="FFFFFF" w:themeColor="background1"/>
              </w:rPr>
            </w:pPr>
            <w:r w:rsidRPr="002C43AC">
              <w:rPr>
                <w:b/>
                <w:color w:val="FFFFFF" w:themeColor="background1"/>
              </w:rPr>
              <w:t>Evidence / success test</w:t>
            </w:r>
          </w:p>
        </w:tc>
        <w:tc>
          <w:tcPr>
            <w:tcW w:w="9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015B02C" w14:textId="77777777" w:rsidR="00A004D1" w:rsidRPr="002C43AC" w:rsidRDefault="00CC1B24">
            <w:pPr>
              <w:rPr>
                <w:color w:val="FFFFFF" w:themeColor="background1"/>
              </w:rPr>
            </w:pPr>
            <w:r w:rsidRPr="002C43AC">
              <w:rPr>
                <w:b/>
                <w:color w:val="FFFFFF" w:themeColor="background1"/>
              </w:rPr>
              <w:t>RAG</w:t>
            </w:r>
          </w:p>
        </w:tc>
        <w:tc>
          <w:tcPr>
            <w:tcW w:w="1440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B144E28" w14:textId="77777777" w:rsidR="00A004D1" w:rsidRPr="002C43AC" w:rsidRDefault="00CC1B24">
            <w:pPr>
              <w:rPr>
                <w:color w:val="FFFFFF" w:themeColor="background1"/>
              </w:rPr>
            </w:pPr>
            <w:r w:rsidRPr="002C43AC">
              <w:rPr>
                <w:b/>
                <w:color w:val="FFFFFF" w:themeColor="background1"/>
              </w:rPr>
              <w:t>SLT / GB action</w:t>
            </w:r>
          </w:p>
        </w:tc>
      </w:tr>
      <w:tr w:rsidR="00A004D1" w:rsidRPr="002C43AC" w14:paraId="622907D3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D478E34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b/>
                <w:color w:val="000000" w:themeColor="text1"/>
              </w:rPr>
              <w:t>1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D274F90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Deliver a resource booking application that enables all staff to allocate, reserve, and manage school resources efficiently.</w:t>
            </w:r>
          </w:p>
          <w:p w14:paraId="082405A8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Provide a secure guest Wi-Fi network for visitors, enabling appropriate internet access while maintaining the security and integrity of school systems and data.</w:t>
            </w:r>
          </w:p>
          <w:p w14:paraId="68F9B64D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Integrate the new phone system with Arbor to enable automatic caller recognition, allowing staff to instantly identify students when parents and guardians contact the school.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ED3919F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Application available to all staff, enabling the booking of identified resources.</w:t>
            </w:r>
          </w:p>
          <w:p w14:paraId="25865EF3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All guest’s being able to log on to the school Wi-Fi, with the necessary documentation.</w:t>
            </w:r>
          </w:p>
          <w:p w14:paraId="2EF5501E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Office staff are being presented with student’s details when receiving a call.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40F5F73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☐</w:t>
            </w:r>
            <w:r w:rsidRPr="002C43AC">
              <w:rPr>
                <w:color w:val="000000" w:themeColor="text1"/>
              </w:rPr>
              <w:t xml:space="preserve"> R</w:t>
            </w:r>
            <w:r w:rsidRPr="002C43AC">
              <w:rPr>
                <w:color w:val="000000" w:themeColor="text1"/>
              </w:rPr>
              <w:br/>
              <w:t>☐ A</w:t>
            </w:r>
            <w:r w:rsidRPr="002C43AC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CCD7C5F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Progress / barrier:</w:t>
            </w:r>
            <w:r w:rsidRPr="002C43AC">
              <w:rPr>
                <w:color w:val="000000" w:themeColor="text1"/>
              </w:rPr>
              <w:br/>
            </w:r>
            <w:r w:rsidRPr="002C43AC">
              <w:rPr>
                <w:color w:val="000000" w:themeColor="text1"/>
              </w:rPr>
              <w:br/>
              <w:t>Corrective action / decision:</w:t>
            </w:r>
            <w:r w:rsidRPr="002C43AC">
              <w:rPr>
                <w:color w:val="000000" w:themeColor="text1"/>
              </w:rPr>
              <w:br/>
            </w:r>
          </w:p>
        </w:tc>
      </w:tr>
      <w:tr w:rsidR="00A004D1" w:rsidRPr="002C43AC" w14:paraId="318CBB94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B1E1626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b/>
                <w:color w:val="000000" w:themeColor="text1"/>
              </w:rPr>
              <w:t>2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C448A3F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 xml:space="preserve">• Implement a centralised device management solution for all IT assets, ensuring the security, compliance, and effective </w:t>
            </w:r>
            <w:r w:rsidRPr="002C43AC">
              <w:rPr>
                <w:color w:val="000000" w:themeColor="text1"/>
              </w:rPr>
              <w:lastRenderedPageBreak/>
              <w:t>management of devices and their data in line with DfE requirements.</w:t>
            </w:r>
          </w:p>
          <w:p w14:paraId="5C784F94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Implement an IT Asset Management (ITAM) system that integrates with existing device management platforms to improve asset visibility, lifecycle management, and compliance with DfE requirements.</w:t>
            </w:r>
          </w:p>
          <w:p w14:paraId="0E91BF8E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Develop integration between Arbor and the Business Intelligence (BI) platform to enable comprehensive Arbor reporting, including attendance monitoring and statutory reporting requirements.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6E5573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lastRenderedPageBreak/>
              <w:t>• 100% of all IT devices are managed centrally.</w:t>
            </w:r>
          </w:p>
          <w:p w14:paraId="0BD0CC5C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 xml:space="preserve">• 99% of all current IT assets are recorded </w:t>
            </w:r>
            <w:r w:rsidRPr="002C43AC">
              <w:rPr>
                <w:color w:val="000000" w:themeColor="text1"/>
              </w:rPr>
              <w:lastRenderedPageBreak/>
              <w:t>and allocated to owners or locations.</w:t>
            </w:r>
          </w:p>
          <w:p w14:paraId="643CA602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Provide regular reporting on attendance.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5B98A99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lastRenderedPageBreak/>
              <w:t>☐</w:t>
            </w:r>
            <w:r w:rsidRPr="002C43AC">
              <w:rPr>
                <w:color w:val="000000" w:themeColor="text1"/>
              </w:rPr>
              <w:t xml:space="preserve"> R</w:t>
            </w:r>
            <w:r w:rsidRPr="002C43AC">
              <w:rPr>
                <w:color w:val="000000" w:themeColor="text1"/>
              </w:rPr>
              <w:br/>
              <w:t>☐ A</w:t>
            </w:r>
            <w:r w:rsidRPr="002C43AC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06CA54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Progress / barrier:</w:t>
            </w:r>
            <w:r w:rsidRPr="002C43AC">
              <w:rPr>
                <w:color w:val="000000" w:themeColor="text1"/>
              </w:rPr>
              <w:br/>
            </w:r>
            <w:r w:rsidRPr="002C43AC">
              <w:rPr>
                <w:color w:val="000000" w:themeColor="text1"/>
              </w:rPr>
              <w:br/>
              <w:t xml:space="preserve">Corrective </w:t>
            </w:r>
            <w:r w:rsidRPr="002C43AC">
              <w:rPr>
                <w:color w:val="000000" w:themeColor="text1"/>
              </w:rPr>
              <w:lastRenderedPageBreak/>
              <w:t>action / decision:</w:t>
            </w:r>
            <w:r w:rsidRPr="002C43AC">
              <w:rPr>
                <w:color w:val="000000" w:themeColor="text1"/>
              </w:rPr>
              <w:br/>
            </w:r>
          </w:p>
        </w:tc>
      </w:tr>
      <w:tr w:rsidR="00A004D1" w:rsidRPr="002C43AC" w14:paraId="70710F63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F04E60B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b/>
                <w:color w:val="000000" w:themeColor="text1"/>
              </w:rPr>
              <w:lastRenderedPageBreak/>
              <w:t>3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FA268F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Review the school's local network infrastructure, including switching and UPS provision, against DfE Digital and Technology Standards. Develop an improvement plan with associated costs and recommendations to achieve compliance.</w:t>
            </w:r>
          </w:p>
          <w:p w14:paraId="0CA631D1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Review options for a resilient backup internet connection to support continuity of network services and meet DfE requirements for infrastructure resilience.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D1C7C3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Report delivered to SLT for review.</w:t>
            </w:r>
          </w:p>
          <w:p w14:paraId="30E95D75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Proposal delivered for a backup solution, including costs and identify known risks.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3B30E46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☐</w:t>
            </w:r>
            <w:r w:rsidRPr="002C43AC">
              <w:rPr>
                <w:color w:val="000000" w:themeColor="text1"/>
              </w:rPr>
              <w:t xml:space="preserve"> R</w:t>
            </w:r>
            <w:r w:rsidRPr="002C43AC">
              <w:rPr>
                <w:color w:val="000000" w:themeColor="text1"/>
              </w:rPr>
              <w:br/>
              <w:t>☐ A</w:t>
            </w:r>
            <w:r w:rsidRPr="002C43AC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73752D3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Progress / barrier:</w:t>
            </w:r>
            <w:r w:rsidRPr="002C43AC">
              <w:rPr>
                <w:color w:val="000000" w:themeColor="text1"/>
              </w:rPr>
              <w:br/>
            </w:r>
            <w:r w:rsidRPr="002C43AC">
              <w:rPr>
                <w:color w:val="000000" w:themeColor="text1"/>
              </w:rPr>
              <w:br/>
              <w:t>Corrective action / decision:</w:t>
            </w:r>
            <w:r w:rsidRPr="002C43AC">
              <w:rPr>
                <w:color w:val="000000" w:themeColor="text1"/>
              </w:rPr>
              <w:br/>
            </w:r>
          </w:p>
        </w:tc>
      </w:tr>
      <w:tr w:rsidR="00A004D1" w:rsidRPr="002C43AC" w14:paraId="63A04F3B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C6845A5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b/>
                <w:color w:val="000000" w:themeColor="text1"/>
              </w:rPr>
              <w:t>4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744AE60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Develop a standardised SharePoint framework for School Business Management (SBM) functions to promote service consistency, collaboration, and centralised document management.</w:t>
            </w:r>
          </w:p>
          <w:p w14:paraId="70E24DC6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Review the current IT support model to identify opportunities for service improvement and implement an enhanced support solution that better meets the needs of staff and students.</w:t>
            </w:r>
          </w:p>
          <w:p w14:paraId="34CE87E9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 xml:space="preserve">• Review annual technology expenditure against the approved budget and strategic priorities, and develop a forecasted budget for 2027 that aligns with technology </w:t>
            </w:r>
            <w:r w:rsidRPr="002C43AC">
              <w:rPr>
                <w:color w:val="000000" w:themeColor="text1"/>
              </w:rPr>
              <w:lastRenderedPageBreak/>
              <w:t>requirements, DfE standards, infrastructure improvements, and planned digital initiatives.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240CD88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lastRenderedPageBreak/>
              <w:t>• Provide SBM with SharePoint model proposals.</w:t>
            </w:r>
          </w:p>
          <w:p w14:paraId="3B19DD15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Implemented an improved IT support platform to enhance service delivery.</w:t>
            </w:r>
          </w:p>
          <w:p w14:paraId="6A434013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Produce a comprehensive technology roadmap for the following school year, outlining planned improvements, and expected outcomes.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0FE03C0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☐</w:t>
            </w:r>
            <w:r w:rsidRPr="002C43AC">
              <w:rPr>
                <w:color w:val="000000" w:themeColor="text1"/>
              </w:rPr>
              <w:t xml:space="preserve"> R</w:t>
            </w:r>
            <w:r w:rsidRPr="002C43AC">
              <w:rPr>
                <w:color w:val="000000" w:themeColor="text1"/>
              </w:rPr>
              <w:br/>
            </w:r>
            <w:r w:rsidRPr="002C43AC">
              <w:rPr>
                <w:color w:val="000000" w:themeColor="text1"/>
              </w:rPr>
              <w:t>☐</w:t>
            </w:r>
            <w:r w:rsidRPr="002C43AC">
              <w:rPr>
                <w:color w:val="000000" w:themeColor="text1"/>
              </w:rPr>
              <w:t xml:space="preserve"> A</w:t>
            </w:r>
            <w:r w:rsidRPr="002C43AC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E2B757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Progress / barrier:</w:t>
            </w:r>
            <w:r w:rsidRPr="002C43AC">
              <w:rPr>
                <w:color w:val="000000" w:themeColor="text1"/>
              </w:rPr>
              <w:br/>
            </w:r>
            <w:r w:rsidRPr="002C43AC">
              <w:rPr>
                <w:color w:val="000000" w:themeColor="text1"/>
              </w:rPr>
              <w:br/>
              <w:t>Corrective action / decision:</w:t>
            </w:r>
            <w:r w:rsidRPr="002C43AC">
              <w:rPr>
                <w:color w:val="000000" w:themeColor="text1"/>
              </w:rPr>
              <w:br/>
            </w:r>
          </w:p>
        </w:tc>
      </w:tr>
      <w:tr w:rsidR="00A004D1" w:rsidRPr="002C43AC" w14:paraId="25D48B0E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80C8758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b/>
                <w:color w:val="000000" w:themeColor="text1"/>
              </w:rPr>
              <w:t>5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B0E694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Review our disaster Recovery and Business Continuity Plan to ensure the continuity of critical school systems, data, and services in the event of a cyber incident, system failure, or other disruption.</w:t>
            </w:r>
          </w:p>
          <w:p w14:paraId="248A8AAB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Annual review of the school's filtering and monitoring arrangements to ensure compliance with DfE Digital and Technology Standards, safeguarding requirements.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1F67FDC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Complete and publish an updated Disaster Recovery and Business Continuity Plan.</w:t>
            </w:r>
          </w:p>
          <w:p w14:paraId="18940E8A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Filtering systems are updated and maintained to effectively safeguard students and staff from inappropriate online content.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2FE821A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☐</w:t>
            </w:r>
            <w:r w:rsidRPr="002C43AC">
              <w:rPr>
                <w:color w:val="000000" w:themeColor="text1"/>
              </w:rPr>
              <w:t xml:space="preserve"> R</w:t>
            </w:r>
            <w:r w:rsidRPr="002C43AC">
              <w:rPr>
                <w:color w:val="000000" w:themeColor="text1"/>
              </w:rPr>
              <w:br/>
              <w:t>☐ A</w:t>
            </w:r>
            <w:r w:rsidRPr="002C43AC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8D1DB3C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Progress / barrier:</w:t>
            </w:r>
            <w:r w:rsidRPr="002C43AC">
              <w:rPr>
                <w:color w:val="000000" w:themeColor="text1"/>
              </w:rPr>
              <w:br/>
            </w:r>
            <w:r w:rsidRPr="002C43AC">
              <w:rPr>
                <w:color w:val="000000" w:themeColor="text1"/>
              </w:rPr>
              <w:br/>
              <w:t>Corrective action / decision:</w:t>
            </w:r>
            <w:r w:rsidRPr="002C43AC">
              <w:rPr>
                <w:color w:val="000000" w:themeColor="text1"/>
              </w:rPr>
              <w:br/>
            </w:r>
          </w:p>
        </w:tc>
      </w:tr>
      <w:tr w:rsidR="00A004D1" w:rsidRPr="002C43AC" w14:paraId="25AD5172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5E76509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b/>
                <w:color w:val="000000" w:themeColor="text1"/>
              </w:rPr>
              <w:t>6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1BF903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Deliver planned Local Area Network (LAN) infrastructure improvements, including switching and network resilience enhancements, to meet DfE Digital and Technology Standards and support future digital requirement.</w:t>
            </w:r>
          </w:p>
          <w:p w14:paraId="412CD3C3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Conduct an annual review of staff and student devices, implementing a planned refresh and upgrade programme to ensure devices remain secure, reliable, and fit for purpose.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C4BA6D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A robust and centrally managed network is in place, providing greater reliability, improved security, simplified administration, and reduced downtime across the school.</w:t>
            </w:r>
          </w:p>
          <w:p w14:paraId="6930D896" w14:textId="77777777" w:rsidR="00A004D1" w:rsidRPr="002C43AC" w:rsidRDefault="00CC1B24">
            <w:pPr>
              <w:spacing w:after="20"/>
              <w:ind w:left="140" w:hanging="100"/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• All school devices are running supported operating systems and current security updates, improving cyber security, reliability, and the user experience while reducing organisational risk.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1F1EF67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☐</w:t>
            </w:r>
            <w:r w:rsidRPr="002C43AC">
              <w:rPr>
                <w:color w:val="000000" w:themeColor="text1"/>
              </w:rPr>
              <w:t xml:space="preserve"> R</w:t>
            </w:r>
            <w:r w:rsidRPr="002C43AC">
              <w:rPr>
                <w:color w:val="000000" w:themeColor="text1"/>
              </w:rPr>
              <w:br/>
              <w:t>☐ A</w:t>
            </w:r>
            <w:r w:rsidRPr="002C43AC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979EE08" w14:textId="77777777" w:rsidR="00A004D1" w:rsidRPr="002C43AC" w:rsidRDefault="00CC1B24">
            <w:pPr>
              <w:rPr>
                <w:color w:val="000000" w:themeColor="text1"/>
              </w:rPr>
            </w:pPr>
            <w:r w:rsidRPr="002C43AC">
              <w:rPr>
                <w:color w:val="000000" w:themeColor="text1"/>
              </w:rPr>
              <w:t>Progress / barrier:</w:t>
            </w:r>
            <w:r w:rsidRPr="002C43AC">
              <w:rPr>
                <w:color w:val="000000" w:themeColor="text1"/>
              </w:rPr>
              <w:br/>
            </w:r>
            <w:r w:rsidRPr="002C43AC">
              <w:rPr>
                <w:color w:val="000000" w:themeColor="text1"/>
              </w:rPr>
              <w:br/>
              <w:t>Corrective action / decision:</w:t>
            </w:r>
            <w:r w:rsidRPr="002C43AC">
              <w:rPr>
                <w:color w:val="000000" w:themeColor="text1"/>
              </w:rPr>
              <w:br/>
            </w:r>
          </w:p>
        </w:tc>
      </w:tr>
    </w:tbl>
    <w:p w14:paraId="4A73586B" w14:textId="77777777" w:rsidR="00CC1B24" w:rsidRPr="002C43AC" w:rsidRDefault="00CC1B24">
      <w:pPr>
        <w:rPr>
          <w:color w:val="000000" w:themeColor="text1"/>
        </w:rPr>
      </w:pPr>
    </w:p>
    <w:sectPr w:rsidR="00CC1B24" w:rsidRPr="002C43AC" w:rsidSect="00034616"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7D8ED" w14:textId="77777777" w:rsidR="00CC1B24" w:rsidRDefault="00CC1B24">
      <w:pPr>
        <w:spacing w:after="0" w:line="240" w:lineRule="auto"/>
      </w:pPr>
      <w:r>
        <w:separator/>
      </w:r>
    </w:p>
  </w:endnote>
  <w:endnote w:type="continuationSeparator" w:id="0">
    <w:p w14:paraId="40EFAE92" w14:textId="77777777" w:rsidR="00CC1B24" w:rsidRDefault="00CC1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05FE5" w14:textId="77777777" w:rsidR="00CC1B24" w:rsidRDefault="00CC1B24">
      <w:pPr>
        <w:spacing w:after="0" w:line="240" w:lineRule="auto"/>
      </w:pPr>
      <w:r>
        <w:separator/>
      </w:r>
    </w:p>
  </w:footnote>
  <w:footnote w:type="continuationSeparator" w:id="0">
    <w:p w14:paraId="3D612D2F" w14:textId="77777777" w:rsidR="00CC1B24" w:rsidRDefault="00CC1B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9066277">
    <w:abstractNumId w:val="8"/>
  </w:num>
  <w:num w:numId="2" w16cid:durableId="1237475415">
    <w:abstractNumId w:val="6"/>
  </w:num>
  <w:num w:numId="3" w16cid:durableId="20014557">
    <w:abstractNumId w:val="5"/>
  </w:num>
  <w:num w:numId="4" w16cid:durableId="1192232008">
    <w:abstractNumId w:val="4"/>
  </w:num>
  <w:num w:numId="5" w16cid:durableId="270431519">
    <w:abstractNumId w:val="7"/>
  </w:num>
  <w:num w:numId="6" w16cid:durableId="57939970">
    <w:abstractNumId w:val="3"/>
  </w:num>
  <w:num w:numId="7" w16cid:durableId="665397670">
    <w:abstractNumId w:val="2"/>
  </w:num>
  <w:num w:numId="8" w16cid:durableId="246547253">
    <w:abstractNumId w:val="1"/>
  </w:num>
  <w:num w:numId="9" w16cid:durableId="1725714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C43AC"/>
    <w:rsid w:val="00326F90"/>
    <w:rsid w:val="006B4B35"/>
    <w:rsid w:val="00A004D1"/>
    <w:rsid w:val="00AA1D8D"/>
    <w:rsid w:val="00B47730"/>
    <w:rsid w:val="00CB0664"/>
    <w:rsid w:val="00CC1B24"/>
    <w:rsid w:val="00E90D8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9EC14B2-3A5F-4A90-A9DE-CB92D26C5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eastAsia="Arial" w:hAnsi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eastAsia="Arial" w:hAnsi="Arial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eastAsia="Arial" w:hAnsi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eastAsia="Arial" w:hAnsi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eastAsia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b58b12-0ca7-4441-97d1-35d99602c835" xsi:nil="true"/>
    <lcf76f155ced4ddcb4097134ff3c332f xmlns="3a82d33a-17c1-4797-8a83-24d6ad29786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2EE9753D03948AA5691E629357C72" ma:contentTypeVersion="13" ma:contentTypeDescription="Create a new document." ma:contentTypeScope="" ma:versionID="172e3afdf2cae5af396ad8c5f4fc4600">
  <xsd:schema xmlns:xsd="http://www.w3.org/2001/XMLSchema" xmlns:xs="http://www.w3.org/2001/XMLSchema" xmlns:p="http://schemas.microsoft.com/office/2006/metadata/properties" xmlns:ns2="3a82d33a-17c1-4797-8a83-24d6ad297862" xmlns:ns3="52b58b12-0ca7-4441-97d1-35d99602c835" targetNamespace="http://schemas.microsoft.com/office/2006/metadata/properties" ma:root="true" ma:fieldsID="8946fccdf38857819d1d3fed908eec10" ns2:_="" ns3:_="">
    <xsd:import namespace="3a82d33a-17c1-4797-8a83-24d6ad297862"/>
    <xsd:import namespace="52b58b12-0ca7-4441-97d1-35d99602c8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2d33a-17c1-4797-8a83-24d6ad2978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b906ae-6193-44a8-bdc4-44dd01a0c4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58b12-0ca7-4441-97d1-35d99602c8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57a8e91-da0c-4e95-9df5-2dd080e1e46f}" ma:internalName="TaxCatchAll" ma:showField="CatchAllData" ma:web="52b58b12-0ca7-4441-97d1-35d99602c8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6BA4DC-3BA3-417D-BE36-7D71B3253621}">
  <ds:schemaRefs>
    <ds:schemaRef ds:uri="http://schemas.microsoft.com/office/2006/metadata/properties"/>
    <ds:schemaRef ds:uri="http://schemas.microsoft.com/office/infopath/2007/PartnerControls"/>
    <ds:schemaRef ds:uri="52b58b12-0ca7-4441-97d1-35d99602c835"/>
    <ds:schemaRef ds:uri="3a82d33a-17c1-4797-8a83-24d6ad297862"/>
  </ds:schemaRefs>
</ds:datastoreItem>
</file>

<file path=customXml/itemProps3.xml><?xml version="1.0" encoding="utf-8"?>
<ds:datastoreItem xmlns:ds="http://schemas.openxmlformats.org/officeDocument/2006/customXml" ds:itemID="{BA4586A3-ABD7-458F-BFA5-5C794A0FAD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0213DA-9D87-44CE-BBDE-9521DD9AF7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82d33a-17c1-4797-8a83-24d6ad297862"/>
    <ds:schemaRef ds:uri="52b58b12-0ca7-4441-97d1-35d99602c8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Ania Hildrey, Headteacher (ALS)</cp:lastModifiedBy>
  <cp:revision>4</cp:revision>
  <dcterms:created xsi:type="dcterms:W3CDTF">2013-12-23T23:15:00Z</dcterms:created>
  <dcterms:modified xsi:type="dcterms:W3CDTF">2026-09-24T12:01:00Z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0x0101009DB2EE9753D03948AA5691E629357C72</vt:lpwstr>
  </property>
  <property fmtid="{D5CDD505-2E9C-101B-9397-08002B2CF9AE}" pid="3" name="MediaServiceImageTags">
    <vt:lpwstr/>
  </property>
</Properties>
</file>