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53A09" w14:textId="75D1DEA2" w:rsidR="00A31F1C" w:rsidRPr="005601B1" w:rsidRDefault="00F429E2" w:rsidP="00A5497F">
      <w:pPr>
        <w:spacing w:after="40"/>
        <w:jc w:val="center"/>
        <w:rPr>
          <w:color w:val="000000" w:themeColor="text1"/>
        </w:rPr>
      </w:pPr>
      <w:r w:rsidRPr="005601B1">
        <w:rPr>
          <w:noProof/>
          <w:color w:val="000000" w:themeColor="text1"/>
        </w:rPr>
        <w:drawing>
          <wp:inline distT="0" distB="0" distL="0" distR="0" wp14:anchorId="69DAB15A" wp14:editId="05D2B333">
            <wp:extent cx="502920" cy="6001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s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601B1">
        <w:rPr>
          <w:b/>
          <w:color w:val="000000" w:themeColor="text1"/>
        </w:rPr>
        <w:br/>
      </w:r>
      <w:r w:rsidRPr="005601B1">
        <w:rPr>
          <w:b/>
          <w:color w:val="000000" w:themeColor="text1"/>
        </w:rPr>
        <w:t>School Development Plan 2026-28</w:t>
      </w:r>
    </w:p>
    <w:p w14:paraId="642046FB" w14:textId="289B4696" w:rsidR="00A31F1C" w:rsidRPr="005601B1" w:rsidRDefault="00F429E2">
      <w:pPr>
        <w:spacing w:after="120"/>
        <w:jc w:val="center"/>
        <w:rPr>
          <w:color w:val="000000" w:themeColor="text1"/>
        </w:rPr>
      </w:pPr>
      <w:r w:rsidRPr="005601B1">
        <w:rPr>
          <w:b/>
          <w:color w:val="000000" w:themeColor="text1"/>
        </w:rPr>
        <w:t>S</w:t>
      </w:r>
      <w:r w:rsidR="00A5497F" w:rsidRPr="005601B1">
        <w:rPr>
          <w:b/>
          <w:color w:val="000000" w:themeColor="text1"/>
        </w:rPr>
        <w:t xml:space="preserve">chool </w:t>
      </w:r>
      <w:r w:rsidR="005601B1" w:rsidRPr="005601B1">
        <w:rPr>
          <w:b/>
          <w:color w:val="000000" w:themeColor="text1"/>
        </w:rPr>
        <w:t>S</w:t>
      </w:r>
      <w:r w:rsidRPr="005601B1">
        <w:rPr>
          <w:b/>
          <w:color w:val="000000" w:themeColor="text1"/>
        </w:rPr>
        <w:t xml:space="preserve">ufficiency </w:t>
      </w:r>
      <w:r w:rsidR="00A5497F" w:rsidRPr="005601B1">
        <w:rPr>
          <w:b/>
          <w:color w:val="000000" w:themeColor="text1"/>
        </w:rPr>
        <w:t xml:space="preserve">Action </w:t>
      </w:r>
      <w:r w:rsidRPr="005601B1">
        <w:rPr>
          <w:b/>
          <w:color w:val="000000" w:themeColor="text1"/>
        </w:rPr>
        <w:t>Plan</w:t>
      </w:r>
      <w:r w:rsidR="005601B1" w:rsidRPr="005601B1">
        <w:rPr>
          <w:b/>
          <w:color w:val="000000" w:themeColor="text1"/>
        </w:rPr>
        <w:t xml:space="preserve"> 2026-27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672"/>
        <w:gridCol w:w="1800"/>
        <w:gridCol w:w="3672"/>
      </w:tblGrid>
      <w:tr w:rsidR="00A31F1C" w:rsidRPr="005601B1" w14:paraId="69010896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4FF19C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Operational leader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50B205" w14:textId="77777777" w:rsidR="00A31F1C" w:rsidRPr="005601B1" w:rsidRDefault="005601B1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Keri Myers</w:t>
            </w:r>
          </w:p>
          <w:p w14:paraId="26F4D320" w14:textId="63F811DF" w:rsidR="005601B1" w:rsidRPr="005601B1" w:rsidRDefault="005601B1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School Business Manager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544A38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SLT accountable lead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B006C8" w14:textId="1296BC30" w:rsidR="00A31F1C" w:rsidRPr="005601B1" w:rsidRDefault="005601B1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 xml:space="preserve">Ania </w:t>
            </w:r>
            <w:proofErr w:type="spellStart"/>
            <w:r w:rsidRPr="005601B1">
              <w:rPr>
                <w:color w:val="000000" w:themeColor="text1"/>
              </w:rPr>
              <w:t>Hildrey</w:t>
            </w:r>
            <w:proofErr w:type="spellEnd"/>
            <w:r w:rsidRPr="005601B1">
              <w:rPr>
                <w:color w:val="000000" w:themeColor="text1"/>
              </w:rPr>
              <w:br/>
              <w:t>Headteacher</w:t>
            </w:r>
          </w:p>
        </w:tc>
      </w:tr>
      <w:tr w:rsidR="00A31F1C" w:rsidRPr="005601B1" w14:paraId="701CE88C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B34BD7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SDP strand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715FC7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Our Resources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744BFA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GB committee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93AB3C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Our Resources</w:t>
            </w:r>
          </w:p>
        </w:tc>
      </w:tr>
      <w:tr w:rsidR="00A31F1C" w:rsidRPr="005601B1" w14:paraId="4E9B3BA4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123534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SDP Year 1 priority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8FC68E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Increase capacity on existing and potentially additional sites to meet demand for places.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C13E68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SDP strategy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83E955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With Liverpool City Council, explore on-site and off-site capacity growth.</w:t>
            </w:r>
          </w:p>
        </w:tc>
      </w:tr>
      <w:tr w:rsidR="00A31F1C" w:rsidRPr="005601B1" w14:paraId="29971B98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4BF3A5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Governance purpose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CEDE73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Deliver the Year 1 milestones below and evidence impact, not activity alone.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38D5FD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Reporting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76408C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Termly SLT/committee scrutiny; FGB RAG three times yearly.</w:t>
            </w:r>
          </w:p>
        </w:tc>
      </w:tr>
    </w:tbl>
    <w:p w14:paraId="1997025C" w14:textId="77777777" w:rsidR="00A31F1C" w:rsidRPr="005601B1" w:rsidRDefault="00F429E2">
      <w:pPr>
        <w:rPr>
          <w:color w:val="000000" w:themeColor="text1"/>
        </w:rPr>
      </w:pPr>
      <w:r w:rsidRPr="005601B1">
        <w:rPr>
          <w:b/>
          <w:color w:val="000000" w:themeColor="text1"/>
        </w:rPr>
        <w:t>Year 1 intended impact and success measures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5472"/>
      </w:tblGrid>
      <w:tr w:rsidR="00A31F1C" w:rsidRPr="005601B1" w14:paraId="206E277A" w14:textId="77777777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1424DC0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Intended impact</w:t>
            </w:r>
          </w:p>
          <w:p w14:paraId="77AD9FC7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The school successfully implements its short-term sufficiency plan through the installation and occupation of temporary accommodation by January 2027, creating additional pupil capacity and reducing immediate operational pressures.</w:t>
            </w:r>
          </w:p>
          <w:p w14:paraId="5AD79E1C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A clear medium-term strategy is agreed with Liverpool City Council regarding the development of an Abbot’s Lea School@ satellite provision, including agreement on accommodation requirements and exploration of suitable sites.</w:t>
            </w:r>
          </w:p>
        </w:tc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D98C17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Key success measures</w:t>
            </w:r>
          </w:p>
          <w:p w14:paraId="60E001C1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Temporary accommodation operational by January 2027.</w:t>
            </w:r>
          </w:p>
          <w:p w14:paraId="0CB03A2F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Additional pupil places created.</w:t>
            </w:r>
          </w:p>
          <w:p w14:paraId="5FB4D438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Staffing structure expanded to support growth.</w:t>
            </w:r>
          </w:p>
          <w:p w14:paraId="373E5C8F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Educational outcomes maintained despite increasing demand.</w:t>
            </w:r>
          </w:p>
          <w:p w14:paraId="6E71A939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No adverse impact on safeguarding, wellbeing or quality of provision.</w:t>
            </w:r>
          </w:p>
          <w:p w14:paraId="1975D04B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Medium -Term Success Measures</w:t>
            </w:r>
          </w:p>
          <w:p w14:paraId="57C485F7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Abbot’s Lea School@ model agreed in principle.</w:t>
            </w:r>
          </w:p>
          <w:p w14:paraId="295441D4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Feasibility work completed.</w:t>
            </w:r>
          </w:p>
        </w:tc>
      </w:tr>
    </w:tbl>
    <w:p w14:paraId="3CED3568" w14:textId="77777777" w:rsidR="00A31F1C" w:rsidRPr="005601B1" w:rsidRDefault="00F429E2">
      <w:pPr>
        <w:rPr>
          <w:color w:val="000000" w:themeColor="text1"/>
        </w:rPr>
      </w:pPr>
      <w:r w:rsidRPr="005601B1">
        <w:rPr>
          <w:b/>
          <w:color w:val="000000" w:themeColor="text1"/>
        </w:rPr>
        <w:t>Year 1 termly delivery and RAG scrutiny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68"/>
        <w:gridCol w:w="3463"/>
        <w:gridCol w:w="2662"/>
        <w:gridCol w:w="1546"/>
        <w:gridCol w:w="1741"/>
      </w:tblGrid>
      <w:tr w:rsidR="00A31F1C" w:rsidRPr="005601B1" w14:paraId="474BF049" w14:textId="77777777">
        <w:trPr>
          <w:tblHeader/>
          <w:jc w:val="center"/>
        </w:trPr>
        <w:tc>
          <w:tcPr>
            <w:tcW w:w="79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26B88F" w14:textId="77777777" w:rsidR="00A31F1C" w:rsidRPr="005601B1" w:rsidRDefault="00F429E2">
            <w:pPr>
              <w:rPr>
                <w:color w:val="FFFFFF" w:themeColor="background1"/>
              </w:rPr>
            </w:pPr>
            <w:r w:rsidRPr="005601B1">
              <w:rPr>
                <w:b/>
                <w:color w:val="FFFFFF" w:themeColor="background1"/>
              </w:rPr>
              <w:t>Term</w:t>
            </w:r>
          </w:p>
        </w:tc>
        <w:tc>
          <w:tcPr>
            <w:tcW w:w="45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8347BA" w14:textId="77777777" w:rsidR="00A31F1C" w:rsidRPr="005601B1" w:rsidRDefault="00F429E2">
            <w:pPr>
              <w:rPr>
                <w:color w:val="FFFFFF" w:themeColor="background1"/>
              </w:rPr>
            </w:pPr>
            <w:r w:rsidRPr="005601B1">
              <w:rPr>
                <w:b/>
                <w:color w:val="FFFFFF" w:themeColor="background1"/>
              </w:rPr>
              <w:t>Priority deliverables</w:t>
            </w:r>
          </w:p>
        </w:tc>
        <w:tc>
          <w:tcPr>
            <w:tcW w:w="331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63751F" w14:textId="77777777" w:rsidR="00A31F1C" w:rsidRPr="005601B1" w:rsidRDefault="00F429E2">
            <w:pPr>
              <w:rPr>
                <w:color w:val="FFFFFF" w:themeColor="background1"/>
              </w:rPr>
            </w:pPr>
            <w:r w:rsidRPr="005601B1">
              <w:rPr>
                <w:b/>
                <w:color w:val="FFFFFF" w:themeColor="background1"/>
              </w:rPr>
              <w:t>Evidence / success test</w:t>
            </w:r>
          </w:p>
        </w:tc>
        <w:tc>
          <w:tcPr>
            <w:tcW w:w="9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4911C33" w14:textId="77777777" w:rsidR="00A31F1C" w:rsidRPr="005601B1" w:rsidRDefault="00F429E2">
            <w:pPr>
              <w:rPr>
                <w:color w:val="FFFFFF" w:themeColor="background1"/>
              </w:rPr>
            </w:pPr>
            <w:r w:rsidRPr="005601B1">
              <w:rPr>
                <w:b/>
                <w:color w:val="FFFFFF" w:themeColor="background1"/>
              </w:rPr>
              <w:t>RAG</w:t>
            </w:r>
          </w:p>
        </w:tc>
        <w:tc>
          <w:tcPr>
            <w:tcW w:w="144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F3A69F" w14:textId="77777777" w:rsidR="00A31F1C" w:rsidRPr="005601B1" w:rsidRDefault="00F429E2">
            <w:pPr>
              <w:rPr>
                <w:color w:val="FFFFFF" w:themeColor="background1"/>
              </w:rPr>
            </w:pPr>
            <w:r w:rsidRPr="005601B1">
              <w:rPr>
                <w:b/>
                <w:color w:val="FFFFFF" w:themeColor="background1"/>
              </w:rPr>
              <w:t>SLT / GB action</w:t>
            </w:r>
          </w:p>
        </w:tc>
      </w:tr>
      <w:tr w:rsidR="00A31F1C" w:rsidRPr="005601B1" w14:paraId="14C72B13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74E0825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1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9B554D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1. Finalise plans for temporary accommodation expansion</w:t>
            </w:r>
          </w:p>
          <w:p w14:paraId="3D2426FE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2. Analyse future demand projections and pupil place requirements</w:t>
            </w:r>
          </w:p>
          <w:p w14:paraId="2EF8A4B5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3. Continue strategic discussions with Liverpool City Council regarding sufficiency planning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D383B5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Temporary accommodation project approved.</w:t>
            </w:r>
          </w:p>
          <w:p w14:paraId="347062F6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Local Authority meeting records.</w:t>
            </w:r>
          </w:p>
          <w:p w14:paraId="569157A6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Demand forecasting report.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0DC64CE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☐</w:t>
            </w:r>
            <w:r w:rsidRPr="005601B1">
              <w:rPr>
                <w:color w:val="000000" w:themeColor="text1"/>
              </w:rPr>
              <w:t xml:space="preserve"> R</w:t>
            </w:r>
            <w:r w:rsidRPr="005601B1">
              <w:rPr>
                <w:color w:val="000000" w:themeColor="text1"/>
              </w:rPr>
              <w:br/>
              <w:t>☐ A</w:t>
            </w:r>
            <w:r w:rsidRPr="005601B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2140316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Progress / barrier:</w:t>
            </w:r>
            <w:r w:rsidRPr="005601B1">
              <w:rPr>
                <w:color w:val="000000" w:themeColor="text1"/>
              </w:rPr>
              <w:br/>
            </w:r>
            <w:r w:rsidRPr="005601B1">
              <w:rPr>
                <w:color w:val="000000" w:themeColor="text1"/>
              </w:rPr>
              <w:br/>
              <w:t>Corrective action / decision:</w:t>
            </w:r>
            <w:r w:rsidRPr="005601B1">
              <w:rPr>
                <w:color w:val="000000" w:themeColor="text1"/>
              </w:rPr>
              <w:br/>
            </w:r>
          </w:p>
        </w:tc>
      </w:tr>
      <w:tr w:rsidR="00A31F1C" w:rsidRPr="005601B1" w14:paraId="6EB3CF58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7CC47B4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2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2E78907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1. Install and commission additional temporary accommodation.</w:t>
            </w:r>
          </w:p>
          <w:p w14:paraId="778093B4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2. Secure approvals and commence implementation of temporary accommodation project.</w:t>
            </w:r>
          </w:p>
          <w:p w14:paraId="1AAF4925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lastRenderedPageBreak/>
              <w:t>• 3. Review staffing requirements associated with additional pupil numbers.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95C185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lastRenderedPageBreak/>
              <w:t>• Temporary accommodation project underway.</w:t>
            </w:r>
          </w:p>
          <w:p w14:paraId="792DE42E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Workforce impact assessment completed.</w:t>
            </w:r>
          </w:p>
          <w:p w14:paraId="7097A2E2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Project milestones agreed.</w:t>
            </w:r>
          </w:p>
          <w:p w14:paraId="0450A0C8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lastRenderedPageBreak/>
              <w:t>• Initial satellite provision options identified.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34C2B1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lastRenderedPageBreak/>
              <w:t>☐</w:t>
            </w:r>
            <w:r w:rsidRPr="005601B1">
              <w:rPr>
                <w:color w:val="000000" w:themeColor="text1"/>
              </w:rPr>
              <w:t xml:space="preserve"> R</w:t>
            </w:r>
            <w:r w:rsidRPr="005601B1">
              <w:rPr>
                <w:color w:val="000000" w:themeColor="text1"/>
              </w:rPr>
              <w:br/>
              <w:t>☐ A</w:t>
            </w:r>
            <w:r w:rsidRPr="005601B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71DD652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Progress / barrier:</w:t>
            </w:r>
            <w:r w:rsidRPr="005601B1">
              <w:rPr>
                <w:color w:val="000000" w:themeColor="text1"/>
              </w:rPr>
              <w:br/>
            </w:r>
            <w:r w:rsidRPr="005601B1">
              <w:rPr>
                <w:color w:val="000000" w:themeColor="text1"/>
              </w:rPr>
              <w:br/>
              <w:t>Corrective action / decision:</w:t>
            </w:r>
            <w:r w:rsidRPr="005601B1">
              <w:rPr>
                <w:color w:val="000000" w:themeColor="text1"/>
              </w:rPr>
              <w:br/>
            </w:r>
          </w:p>
        </w:tc>
      </w:tr>
      <w:tr w:rsidR="00A31F1C" w:rsidRPr="005601B1" w14:paraId="79ABE0FC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3264EB8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lastRenderedPageBreak/>
              <w:t>3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FA6A41C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1. Increase available pupil capacity.</w:t>
            </w:r>
          </w:p>
          <w:p w14:paraId="66F2BA03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2. Complete operational readiness review.</w:t>
            </w:r>
          </w:p>
          <w:p w14:paraId="08D6EEF8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3. Ensure staffing, safeguarding and ICT arrangements are in place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89A4675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Temporary accommodation operational by January 2027.</w:t>
            </w:r>
          </w:p>
          <w:p w14:paraId="118DD059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Additional pupil places created.</w:t>
            </w:r>
          </w:p>
          <w:p w14:paraId="087E91A5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Staff recruited and deployed where required.</w:t>
            </w:r>
          </w:p>
          <w:p w14:paraId="7AA619F7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Safeguarding and compliance checks completed.</w:t>
            </w:r>
          </w:p>
          <w:p w14:paraId="513F0D51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Educational provision maintained without disruption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EECE8A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☐</w:t>
            </w:r>
            <w:r w:rsidRPr="005601B1">
              <w:rPr>
                <w:color w:val="000000" w:themeColor="text1"/>
              </w:rPr>
              <w:t xml:space="preserve"> R</w:t>
            </w:r>
            <w:r w:rsidRPr="005601B1">
              <w:rPr>
                <w:color w:val="000000" w:themeColor="text1"/>
              </w:rPr>
              <w:br/>
              <w:t>☐ A</w:t>
            </w:r>
            <w:r w:rsidRPr="005601B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6767679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Progress / barrier:</w:t>
            </w:r>
            <w:r w:rsidRPr="005601B1">
              <w:rPr>
                <w:color w:val="000000" w:themeColor="text1"/>
              </w:rPr>
              <w:br/>
            </w:r>
            <w:r w:rsidRPr="005601B1">
              <w:rPr>
                <w:color w:val="000000" w:themeColor="text1"/>
              </w:rPr>
              <w:br/>
              <w:t>Corrective action / decision:</w:t>
            </w:r>
            <w:r w:rsidRPr="005601B1">
              <w:rPr>
                <w:color w:val="000000" w:themeColor="text1"/>
              </w:rPr>
              <w:br/>
            </w:r>
          </w:p>
        </w:tc>
      </w:tr>
      <w:tr w:rsidR="00A31F1C" w:rsidRPr="005601B1" w14:paraId="1BE4FAC6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1E32C5D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4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329DFB4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1. Evaluate effectiveness of temporary expansion.</w:t>
            </w:r>
          </w:p>
          <w:p w14:paraId="4877AFCB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2. Develop detailed specification for any future satellite site</w:t>
            </w:r>
          </w:p>
          <w:p w14:paraId="329FC973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3. Continue engagement with Liverpool City Council regarding future opportunities</w:t>
            </w:r>
          </w:p>
          <w:p w14:paraId="37001E4A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4. Undertake formal options appraisal for the Abbot’s Lea School@ model.</w:t>
            </w:r>
          </w:p>
          <w:p w14:paraId="1A96CABC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5. Consider the relocation of either EYFS or Sixth Form provision.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EC5D93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Evaluation report completed.</w:t>
            </w:r>
          </w:p>
          <w:p w14:paraId="77CE8A9E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Preferred satellite model identified.</w:t>
            </w:r>
          </w:p>
          <w:p w14:paraId="49A8D4C5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Site specification document completed.</w:t>
            </w:r>
          </w:p>
          <w:p w14:paraId="6CF76FB1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Agreement in principle on next steps with Local Authority.</w:t>
            </w:r>
          </w:p>
          <w:p w14:paraId="6B84C93E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Capacity pressures mitigated through temporary provision.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2937BF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☐</w:t>
            </w:r>
            <w:r w:rsidRPr="005601B1">
              <w:rPr>
                <w:color w:val="000000" w:themeColor="text1"/>
              </w:rPr>
              <w:t xml:space="preserve"> R</w:t>
            </w:r>
            <w:r w:rsidRPr="005601B1">
              <w:rPr>
                <w:color w:val="000000" w:themeColor="text1"/>
              </w:rPr>
              <w:br/>
              <w:t>☐ A</w:t>
            </w:r>
            <w:r w:rsidRPr="005601B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84C8DB4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Progress / barrier:</w:t>
            </w:r>
            <w:r w:rsidRPr="005601B1">
              <w:rPr>
                <w:color w:val="000000" w:themeColor="text1"/>
              </w:rPr>
              <w:br/>
            </w:r>
            <w:r w:rsidRPr="005601B1">
              <w:rPr>
                <w:color w:val="000000" w:themeColor="text1"/>
              </w:rPr>
              <w:br/>
              <w:t>Corrective action / decision:</w:t>
            </w:r>
            <w:r w:rsidRPr="005601B1">
              <w:rPr>
                <w:color w:val="000000" w:themeColor="text1"/>
              </w:rPr>
              <w:br/>
            </w:r>
          </w:p>
        </w:tc>
      </w:tr>
      <w:tr w:rsidR="00A31F1C" w:rsidRPr="005601B1" w14:paraId="3419E5E7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75433D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5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FA155AD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1. Explore potential sites capable of accommodating an Abbot’s Lea School@ provision.</w:t>
            </w:r>
          </w:p>
          <w:p w14:paraId="2B609182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2. Assess sites against agreed criteria.</w:t>
            </w:r>
          </w:p>
          <w:p w14:paraId="32BB02E4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3. Review workforce and operational implications of a multi-site model.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B6AB66D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Potential sites identified.</w:t>
            </w:r>
          </w:p>
          <w:p w14:paraId="57E54605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Feasibility studies completed.</w:t>
            </w:r>
          </w:p>
          <w:p w14:paraId="11BC002A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Site assessment reports completed.</w:t>
            </w:r>
          </w:p>
          <w:p w14:paraId="745F16A2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Workforce planning review completed.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F43AB6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☐</w:t>
            </w:r>
            <w:r w:rsidRPr="005601B1">
              <w:rPr>
                <w:color w:val="000000" w:themeColor="text1"/>
              </w:rPr>
              <w:t xml:space="preserve"> R</w:t>
            </w:r>
            <w:r w:rsidRPr="005601B1">
              <w:rPr>
                <w:color w:val="000000" w:themeColor="text1"/>
              </w:rPr>
              <w:br/>
              <w:t>☐ A</w:t>
            </w:r>
            <w:r w:rsidRPr="005601B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A7D4DAD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Progress / barrier:</w:t>
            </w:r>
            <w:r w:rsidRPr="005601B1">
              <w:rPr>
                <w:color w:val="000000" w:themeColor="text1"/>
              </w:rPr>
              <w:br/>
            </w:r>
            <w:r w:rsidRPr="005601B1">
              <w:rPr>
                <w:color w:val="000000" w:themeColor="text1"/>
              </w:rPr>
              <w:br/>
              <w:t>Corrective action / decision:</w:t>
            </w:r>
            <w:r w:rsidRPr="005601B1">
              <w:rPr>
                <w:color w:val="000000" w:themeColor="text1"/>
              </w:rPr>
              <w:br/>
            </w:r>
          </w:p>
        </w:tc>
      </w:tr>
      <w:tr w:rsidR="00A31F1C" w:rsidRPr="005601B1" w14:paraId="1A3CDB9C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09592BA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b/>
                <w:color w:val="000000" w:themeColor="text1"/>
              </w:rPr>
              <w:t>6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52AD22B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1. Present recommendations on preferred Abbot’s Lea School@ option.</w:t>
            </w:r>
          </w:p>
          <w:p w14:paraId="36CDAB57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2. Agree next phase of implementation with Liverpool City Council.</w:t>
            </w:r>
          </w:p>
          <w:p w14:paraId="0B32FBC8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3. Establish strategic direction for long-term new school solution.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DF1CC99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Preferred satellite option identified.</w:t>
            </w:r>
          </w:p>
          <w:p w14:paraId="0042D21E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Local Authority agreement secured regarding future direction.</w:t>
            </w:r>
          </w:p>
          <w:p w14:paraId="1E8375C8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Long-term capacity strategy developed.</w:t>
            </w:r>
          </w:p>
          <w:p w14:paraId="344A4BEE" w14:textId="77777777" w:rsidR="00A31F1C" w:rsidRPr="005601B1" w:rsidRDefault="00F429E2">
            <w:pPr>
              <w:spacing w:after="20"/>
              <w:ind w:left="140" w:hanging="100"/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• Governors approve Year 2 priorities.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14FBC42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☐</w:t>
            </w:r>
            <w:r w:rsidRPr="005601B1">
              <w:rPr>
                <w:color w:val="000000" w:themeColor="text1"/>
              </w:rPr>
              <w:t xml:space="preserve"> R</w:t>
            </w:r>
            <w:r w:rsidRPr="005601B1">
              <w:rPr>
                <w:color w:val="000000" w:themeColor="text1"/>
              </w:rPr>
              <w:br/>
              <w:t>☐ A</w:t>
            </w:r>
            <w:r w:rsidRPr="005601B1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AF5FECE" w14:textId="77777777" w:rsidR="00A31F1C" w:rsidRPr="005601B1" w:rsidRDefault="00F429E2">
            <w:pPr>
              <w:rPr>
                <w:color w:val="000000" w:themeColor="text1"/>
              </w:rPr>
            </w:pPr>
            <w:r w:rsidRPr="005601B1">
              <w:rPr>
                <w:color w:val="000000" w:themeColor="text1"/>
              </w:rPr>
              <w:t>Progress / barrier:</w:t>
            </w:r>
            <w:r w:rsidRPr="005601B1">
              <w:rPr>
                <w:color w:val="000000" w:themeColor="text1"/>
              </w:rPr>
              <w:br/>
            </w:r>
            <w:r w:rsidRPr="005601B1">
              <w:rPr>
                <w:color w:val="000000" w:themeColor="text1"/>
              </w:rPr>
              <w:br/>
              <w:t>Corrective action / decision:</w:t>
            </w:r>
            <w:r w:rsidRPr="005601B1">
              <w:rPr>
                <w:color w:val="000000" w:themeColor="text1"/>
              </w:rPr>
              <w:br/>
            </w:r>
          </w:p>
        </w:tc>
      </w:tr>
    </w:tbl>
    <w:p w14:paraId="587CD285" w14:textId="77777777" w:rsidR="00F429E2" w:rsidRPr="005601B1" w:rsidRDefault="00F429E2">
      <w:pPr>
        <w:rPr>
          <w:color w:val="000000" w:themeColor="text1"/>
        </w:rPr>
      </w:pPr>
    </w:p>
    <w:sectPr w:rsidR="00F429E2" w:rsidRPr="005601B1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476AC" w14:textId="77777777" w:rsidR="00F429E2" w:rsidRDefault="00F429E2">
      <w:pPr>
        <w:spacing w:after="0" w:line="240" w:lineRule="auto"/>
      </w:pPr>
      <w:r>
        <w:separator/>
      </w:r>
    </w:p>
  </w:endnote>
  <w:endnote w:type="continuationSeparator" w:id="0">
    <w:p w14:paraId="3D55B703" w14:textId="77777777" w:rsidR="00F429E2" w:rsidRDefault="00F4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46CA5" w14:textId="77777777" w:rsidR="00F429E2" w:rsidRDefault="00F429E2">
      <w:pPr>
        <w:spacing w:after="0" w:line="240" w:lineRule="auto"/>
      </w:pPr>
      <w:r>
        <w:separator/>
      </w:r>
    </w:p>
  </w:footnote>
  <w:footnote w:type="continuationSeparator" w:id="0">
    <w:p w14:paraId="071A0E0E" w14:textId="77777777" w:rsidR="00F429E2" w:rsidRDefault="00F42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5017531">
    <w:abstractNumId w:val="8"/>
  </w:num>
  <w:num w:numId="2" w16cid:durableId="1430077551">
    <w:abstractNumId w:val="6"/>
  </w:num>
  <w:num w:numId="3" w16cid:durableId="1478187968">
    <w:abstractNumId w:val="5"/>
  </w:num>
  <w:num w:numId="4" w16cid:durableId="1561597421">
    <w:abstractNumId w:val="4"/>
  </w:num>
  <w:num w:numId="5" w16cid:durableId="551624013">
    <w:abstractNumId w:val="7"/>
  </w:num>
  <w:num w:numId="6" w16cid:durableId="455177101">
    <w:abstractNumId w:val="3"/>
  </w:num>
  <w:num w:numId="7" w16cid:durableId="611980863">
    <w:abstractNumId w:val="2"/>
  </w:num>
  <w:num w:numId="8" w16cid:durableId="1467771663">
    <w:abstractNumId w:val="1"/>
  </w:num>
  <w:num w:numId="9" w16cid:durableId="1194731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4F3C"/>
    <w:rsid w:val="00034616"/>
    <w:rsid w:val="0006063C"/>
    <w:rsid w:val="0015074B"/>
    <w:rsid w:val="0029639D"/>
    <w:rsid w:val="00326F90"/>
    <w:rsid w:val="00357E2F"/>
    <w:rsid w:val="005601B1"/>
    <w:rsid w:val="00A31F1C"/>
    <w:rsid w:val="00A5497F"/>
    <w:rsid w:val="00AA1D8D"/>
    <w:rsid w:val="00B47730"/>
    <w:rsid w:val="00CB0664"/>
    <w:rsid w:val="00F429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6465A9C-2210-47EA-87F5-F3B8052A7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3" ma:contentTypeDescription="Create a new document." ma:contentTypeScope="" ma:versionID="172e3afdf2cae5af396ad8c5f4fc4600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8946fccdf38857819d1d3fed908eec10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7a8e91-da0c-4e95-9df5-2dd080e1e46f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E2D7F8-653A-4D60-9DC6-C928B8D48268}">
  <ds:schemaRefs>
    <ds:schemaRef ds:uri="http://schemas.microsoft.com/office/2006/metadata/properties"/>
    <ds:schemaRef ds:uri="http://schemas.microsoft.com/office/infopath/2007/PartnerControls"/>
    <ds:schemaRef ds:uri="52b58b12-0ca7-4441-97d1-35d99602c835"/>
    <ds:schemaRef ds:uri="3a82d33a-17c1-4797-8a83-24d6ad297862"/>
  </ds:schemaRefs>
</ds:datastoreItem>
</file>

<file path=customXml/itemProps3.xml><?xml version="1.0" encoding="utf-8"?>
<ds:datastoreItem xmlns:ds="http://schemas.openxmlformats.org/officeDocument/2006/customXml" ds:itemID="{0B158E26-C246-470B-9732-2EE79AB587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78BF2D-458D-4F91-93B1-1FA2CBDB8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2d33a-17c1-4797-8a83-24d6ad297862"/>
    <ds:schemaRef ds:uri="52b58b12-0ca7-4441-97d1-35d99602c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Ania Hildrey, Headteacher (ALS)</cp:lastModifiedBy>
  <cp:revision>4</cp:revision>
  <dcterms:created xsi:type="dcterms:W3CDTF">2013-12-23T23:15:00Z</dcterms:created>
  <dcterms:modified xsi:type="dcterms:W3CDTF">2026-09-24T12:31:00Z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  <property fmtid="{D5CDD505-2E9C-101B-9397-08002B2CF9AE}" pid="3" name="MediaServiceImageTags">
    <vt:lpwstr/>
  </property>
</Properties>
</file>